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EF40" w14:textId="77777777" w:rsidR="00051182" w:rsidRDefault="00334933">
      <w:pPr>
        <w:jc w:val="center"/>
      </w:pPr>
      <w:r>
        <w:rPr>
          <w:b/>
          <w:color w:val="232323"/>
          <w:sz w:val="26"/>
        </w:rPr>
        <w:t>TERRASOLUTION</w:t>
      </w:r>
    </w:p>
    <w:p w14:paraId="114E4584" w14:textId="77777777" w:rsidR="00051182" w:rsidRDefault="00334933">
      <w:pPr>
        <w:jc w:val="center"/>
      </w:pPr>
      <w:r>
        <w:rPr>
          <w:b/>
          <w:color w:val="CC0000"/>
          <w:sz w:val="48"/>
        </w:rPr>
        <w:t>IT-Wartungsplan – Step by Step</w:t>
      </w:r>
    </w:p>
    <w:p w14:paraId="02CD9593" w14:textId="77777777" w:rsidR="00051182" w:rsidRDefault="00334933">
      <w:pPr>
        <w:jc w:val="center"/>
      </w:pPr>
      <w:r>
        <w:rPr>
          <w:color w:val="505050"/>
          <w:sz w:val="22"/>
        </w:rPr>
        <w:t>Windows 11 · Windows Server 2022/2025 · Proxmox VE 9.x</w:t>
      </w:r>
    </w:p>
    <w:p w14:paraId="23EFD9DB" w14:textId="77777777" w:rsidR="00051182" w:rsidRDefault="00051182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606"/>
        <w:gridCol w:w="2619"/>
        <w:gridCol w:w="2606"/>
        <w:gridCol w:w="2606"/>
      </w:tblGrid>
      <w:tr w:rsidR="00051182" w14:paraId="2D8CE015" w14:textId="77777777">
        <w:trPr>
          <w:jc w:val="center"/>
        </w:trPr>
        <w:tc>
          <w:tcPr>
            <w:tcW w:w="2606" w:type="dxa"/>
            <w:vAlign w:val="center"/>
          </w:tcPr>
          <w:p w14:paraId="43857BE8" w14:textId="77777777" w:rsidR="00051182" w:rsidRDefault="00334933">
            <w:r>
              <w:rPr>
                <w:b/>
              </w:rPr>
              <w:t>Bearbeiter / Azubi</w:t>
            </w:r>
          </w:p>
        </w:tc>
        <w:tc>
          <w:tcPr>
            <w:tcW w:w="2606" w:type="dxa"/>
            <w:vAlign w:val="center"/>
          </w:tcPr>
          <w:p w14:paraId="72EF397C" w14:textId="77777777" w:rsidR="00051182" w:rsidRDefault="00334933">
            <w:r>
              <w:t>________________________</w:t>
            </w:r>
          </w:p>
        </w:tc>
        <w:tc>
          <w:tcPr>
            <w:tcW w:w="2606" w:type="dxa"/>
            <w:vAlign w:val="center"/>
          </w:tcPr>
          <w:p w14:paraId="5E7D51D1" w14:textId="77777777" w:rsidR="00051182" w:rsidRDefault="00334933">
            <w:r>
              <w:rPr>
                <w:b/>
              </w:rPr>
              <w:t>Datum</w:t>
            </w:r>
          </w:p>
        </w:tc>
        <w:tc>
          <w:tcPr>
            <w:tcW w:w="2606" w:type="dxa"/>
            <w:vAlign w:val="center"/>
          </w:tcPr>
          <w:p w14:paraId="08B89DDD" w14:textId="77777777" w:rsidR="00051182" w:rsidRDefault="00334933">
            <w:r>
              <w:t>________________</w:t>
            </w:r>
          </w:p>
        </w:tc>
      </w:tr>
      <w:tr w:rsidR="00051182" w14:paraId="41503DE4" w14:textId="77777777">
        <w:trPr>
          <w:jc w:val="center"/>
        </w:trPr>
        <w:tc>
          <w:tcPr>
            <w:tcW w:w="2606" w:type="dxa"/>
            <w:vAlign w:val="center"/>
          </w:tcPr>
          <w:p w14:paraId="107D5355" w14:textId="77777777" w:rsidR="00051182" w:rsidRDefault="00334933">
            <w:r>
              <w:rPr>
                <w:b/>
              </w:rPr>
              <w:t>System / PC</w:t>
            </w:r>
          </w:p>
        </w:tc>
        <w:tc>
          <w:tcPr>
            <w:tcW w:w="2606" w:type="dxa"/>
            <w:vAlign w:val="center"/>
          </w:tcPr>
          <w:p w14:paraId="32F2A538" w14:textId="77777777" w:rsidR="00051182" w:rsidRDefault="00334933">
            <w:r>
              <w:t>________________________</w:t>
            </w:r>
          </w:p>
        </w:tc>
        <w:tc>
          <w:tcPr>
            <w:tcW w:w="2606" w:type="dxa"/>
            <w:vAlign w:val="center"/>
          </w:tcPr>
          <w:p w14:paraId="21B917CF" w14:textId="77777777" w:rsidR="00051182" w:rsidRDefault="00334933">
            <w:r>
              <w:rPr>
                <w:b/>
              </w:rPr>
              <w:t>Ausbilder</w:t>
            </w:r>
          </w:p>
        </w:tc>
        <w:tc>
          <w:tcPr>
            <w:tcW w:w="2606" w:type="dxa"/>
            <w:vAlign w:val="center"/>
          </w:tcPr>
          <w:p w14:paraId="54D31818" w14:textId="77777777" w:rsidR="00051182" w:rsidRDefault="00334933">
            <w:r>
              <w:t>________________</w:t>
            </w:r>
          </w:p>
        </w:tc>
      </w:tr>
    </w:tbl>
    <w:p w14:paraId="3E632041" w14:textId="77777777" w:rsidR="00051182" w:rsidRDefault="00051182"/>
    <w:p w14:paraId="7BD941F0" w14:textId="77777777" w:rsidR="00051182" w:rsidRDefault="00334933">
      <w:r>
        <w:rPr>
          <w:b/>
        </w:rPr>
        <w:t xml:space="preserve">Ziel: </w:t>
      </w:r>
      <w:r>
        <w:t>Die Wartung wird in einer festen Reihenfolge durchgeführt: zuerst prüfen und dokumentieren, dann Updates/Reparaturen/Bereinigung, anschließend Nachkontrolle. Kritische Änderungen, Firmware-Updates und Server-/Host-Neustarts nur nach Freigabe.</w:t>
      </w:r>
    </w:p>
    <w:p w14:paraId="58C39CB5" w14:textId="77777777" w:rsidR="00051182" w:rsidRDefault="00334933">
      <w:pPr>
        <w:pStyle w:val="berschrift1"/>
      </w:pPr>
      <w:r>
        <w:t>Empfohlener Ablauf für einen halben Ausbildungstag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475"/>
        <w:gridCol w:w="3475"/>
        <w:gridCol w:w="3475"/>
      </w:tblGrid>
      <w:tr w:rsidR="00051182" w14:paraId="4D8AB2B4" w14:textId="77777777">
        <w:trPr>
          <w:jc w:val="center"/>
        </w:trPr>
        <w:tc>
          <w:tcPr>
            <w:tcW w:w="3475" w:type="dxa"/>
          </w:tcPr>
          <w:p w14:paraId="635FA3CB" w14:textId="77777777" w:rsidR="00051182" w:rsidRDefault="00334933">
            <w:r>
              <w:rPr>
                <w:b/>
              </w:rPr>
              <w:t>Zeit</w:t>
            </w:r>
          </w:p>
        </w:tc>
        <w:tc>
          <w:tcPr>
            <w:tcW w:w="3475" w:type="dxa"/>
          </w:tcPr>
          <w:p w14:paraId="671B8CFE" w14:textId="77777777" w:rsidR="00051182" w:rsidRDefault="00334933">
            <w:r>
              <w:rPr>
                <w:b/>
              </w:rPr>
              <w:t>Phase</w:t>
            </w:r>
          </w:p>
        </w:tc>
        <w:tc>
          <w:tcPr>
            <w:tcW w:w="3475" w:type="dxa"/>
          </w:tcPr>
          <w:p w14:paraId="26FCDBD8" w14:textId="77777777" w:rsidR="00051182" w:rsidRDefault="00334933">
            <w:r>
              <w:rPr>
                <w:b/>
              </w:rPr>
              <w:t>Inhalt</w:t>
            </w:r>
          </w:p>
        </w:tc>
      </w:tr>
      <w:tr w:rsidR="00051182" w14:paraId="1F6A74CC" w14:textId="77777777">
        <w:trPr>
          <w:jc w:val="center"/>
        </w:trPr>
        <w:tc>
          <w:tcPr>
            <w:tcW w:w="3475" w:type="dxa"/>
          </w:tcPr>
          <w:p w14:paraId="5CF676EF" w14:textId="77777777" w:rsidR="00051182" w:rsidRDefault="00334933">
            <w:r>
              <w:t>08:00–08:30</w:t>
            </w:r>
          </w:p>
        </w:tc>
        <w:tc>
          <w:tcPr>
            <w:tcW w:w="3475" w:type="dxa"/>
          </w:tcPr>
          <w:p w14:paraId="763D9CF7" w14:textId="77777777" w:rsidR="00051182" w:rsidRDefault="00334933">
            <w:r>
              <w:t>Bestandsaufnahme</w:t>
            </w:r>
          </w:p>
        </w:tc>
        <w:tc>
          <w:tcPr>
            <w:tcW w:w="3475" w:type="dxa"/>
          </w:tcPr>
          <w:p w14:paraId="34BBB062" w14:textId="77777777" w:rsidR="00051182" w:rsidRDefault="00334933">
            <w:r>
              <w:t>System, Netzwerk, Datenträger, Uptime, Ausgangszustand</w:t>
            </w:r>
          </w:p>
        </w:tc>
      </w:tr>
      <w:tr w:rsidR="00051182" w14:paraId="00C9C214" w14:textId="77777777">
        <w:trPr>
          <w:jc w:val="center"/>
        </w:trPr>
        <w:tc>
          <w:tcPr>
            <w:tcW w:w="3475" w:type="dxa"/>
          </w:tcPr>
          <w:p w14:paraId="520F7DBD" w14:textId="77777777" w:rsidR="00051182" w:rsidRDefault="00334933">
            <w:r>
              <w:t>08:30–09:15</w:t>
            </w:r>
          </w:p>
        </w:tc>
        <w:tc>
          <w:tcPr>
            <w:tcW w:w="3475" w:type="dxa"/>
          </w:tcPr>
          <w:p w14:paraId="3757AE60" w14:textId="77777777" w:rsidR="00051182" w:rsidRDefault="00334933">
            <w:r>
              <w:t>Updates</w:t>
            </w:r>
          </w:p>
        </w:tc>
        <w:tc>
          <w:tcPr>
            <w:tcW w:w="3475" w:type="dxa"/>
          </w:tcPr>
          <w:p w14:paraId="39C9763D" w14:textId="77777777" w:rsidR="00051182" w:rsidRDefault="00334933">
            <w:r>
              <w:t>Windows Update / WinGet bzw. APT-Updates</w:t>
            </w:r>
          </w:p>
        </w:tc>
      </w:tr>
      <w:tr w:rsidR="00051182" w14:paraId="08F9A13E" w14:textId="77777777">
        <w:trPr>
          <w:jc w:val="center"/>
        </w:trPr>
        <w:tc>
          <w:tcPr>
            <w:tcW w:w="3475" w:type="dxa"/>
          </w:tcPr>
          <w:p w14:paraId="57272A6B" w14:textId="77777777" w:rsidR="00051182" w:rsidRDefault="00334933">
            <w:r>
              <w:t>09:15–10:00</w:t>
            </w:r>
          </w:p>
        </w:tc>
        <w:tc>
          <w:tcPr>
            <w:tcW w:w="3475" w:type="dxa"/>
          </w:tcPr>
          <w:p w14:paraId="14932AB5" w14:textId="77777777" w:rsidR="00051182" w:rsidRDefault="00334933">
            <w:r>
              <w:t>System Health</w:t>
            </w:r>
          </w:p>
        </w:tc>
        <w:tc>
          <w:tcPr>
            <w:tcW w:w="3475" w:type="dxa"/>
          </w:tcPr>
          <w:p w14:paraId="6CDA2CE8" w14:textId="77777777" w:rsidR="00051182" w:rsidRDefault="00334933">
            <w:r>
              <w:t>DISM/SFC bzw. Proxmox Services/Logs/Storage</w:t>
            </w:r>
          </w:p>
        </w:tc>
      </w:tr>
      <w:tr w:rsidR="00051182" w14:paraId="18CBE736" w14:textId="77777777">
        <w:trPr>
          <w:jc w:val="center"/>
        </w:trPr>
        <w:tc>
          <w:tcPr>
            <w:tcW w:w="3475" w:type="dxa"/>
          </w:tcPr>
          <w:p w14:paraId="6BAB7CCC" w14:textId="77777777" w:rsidR="00051182" w:rsidRDefault="00334933">
            <w:r>
              <w:t>10:00–10:30</w:t>
            </w:r>
          </w:p>
        </w:tc>
        <w:tc>
          <w:tcPr>
            <w:tcW w:w="3475" w:type="dxa"/>
          </w:tcPr>
          <w:p w14:paraId="2CDF7D92" w14:textId="77777777" w:rsidR="00051182" w:rsidRDefault="00334933">
            <w:r>
              <w:t>Bereinigung &amp; Security</w:t>
            </w:r>
          </w:p>
        </w:tc>
        <w:tc>
          <w:tcPr>
            <w:tcW w:w="3475" w:type="dxa"/>
          </w:tcPr>
          <w:p w14:paraId="14E10D67" w14:textId="77777777" w:rsidR="00051182" w:rsidRDefault="00334933">
            <w:r>
              <w:t>TEMP, Komponentenstore, Defender/Firewall bzw. APT Cleanup</w:t>
            </w:r>
          </w:p>
        </w:tc>
      </w:tr>
      <w:tr w:rsidR="00051182" w14:paraId="343B0060" w14:textId="77777777">
        <w:trPr>
          <w:jc w:val="center"/>
        </w:trPr>
        <w:tc>
          <w:tcPr>
            <w:tcW w:w="3475" w:type="dxa"/>
          </w:tcPr>
          <w:p w14:paraId="6171BE55" w14:textId="77777777" w:rsidR="00051182" w:rsidRDefault="00334933">
            <w:r>
              <w:t>10:30–11:15</w:t>
            </w:r>
          </w:p>
        </w:tc>
        <w:tc>
          <w:tcPr>
            <w:tcW w:w="3475" w:type="dxa"/>
          </w:tcPr>
          <w:p w14:paraId="639FBA2A" w14:textId="77777777" w:rsidR="00051182" w:rsidRDefault="00334933">
            <w:r>
              <w:t>Dienste, Logs &amp; Netzwerk</w:t>
            </w:r>
          </w:p>
        </w:tc>
        <w:tc>
          <w:tcPr>
            <w:tcW w:w="3475" w:type="dxa"/>
          </w:tcPr>
          <w:p w14:paraId="01B5BDB2" w14:textId="77777777" w:rsidR="00051182" w:rsidRDefault="00334933">
            <w:r>
              <w:t>Eventlogs, Services, DNS/Ports bzw. journalctl/ZFS/VMs</w:t>
            </w:r>
          </w:p>
        </w:tc>
      </w:tr>
      <w:tr w:rsidR="00051182" w14:paraId="52A2CF59" w14:textId="77777777">
        <w:trPr>
          <w:jc w:val="center"/>
        </w:trPr>
        <w:tc>
          <w:tcPr>
            <w:tcW w:w="3475" w:type="dxa"/>
          </w:tcPr>
          <w:p w14:paraId="568A2AE2" w14:textId="77777777" w:rsidR="00051182" w:rsidRDefault="00334933">
            <w:r>
              <w:t>11:15–12:00</w:t>
            </w:r>
          </w:p>
        </w:tc>
        <w:tc>
          <w:tcPr>
            <w:tcW w:w="3475" w:type="dxa"/>
          </w:tcPr>
          <w:p w14:paraId="0D9BFFF0" w14:textId="77777777" w:rsidR="00051182" w:rsidRDefault="00334933">
            <w:r>
              <w:t>Nachkontrolle &amp; Dokumentation</w:t>
            </w:r>
          </w:p>
        </w:tc>
        <w:tc>
          <w:tcPr>
            <w:tcW w:w="3475" w:type="dxa"/>
          </w:tcPr>
          <w:p w14:paraId="34B659E1" w14:textId="77777777" w:rsidR="00051182" w:rsidRDefault="00334933">
            <w:r>
              <w:t>Restupdates, Rebootbedarf, Auffälligkeiten, Portal abschließen</w:t>
            </w:r>
          </w:p>
        </w:tc>
      </w:tr>
    </w:tbl>
    <w:p w14:paraId="4AF97587" w14:textId="77777777" w:rsidR="00051182" w:rsidRDefault="00334933">
      <w:r>
        <w:br w:type="page"/>
      </w:r>
    </w:p>
    <w:p w14:paraId="5F1EA0F8" w14:textId="77777777" w:rsidR="00051182" w:rsidRDefault="00334933">
      <w:pPr>
        <w:pStyle w:val="berschrift1"/>
      </w:pPr>
      <w:r>
        <w:lastRenderedPageBreak/>
        <w:t>Windows 11 – physischer PC</w:t>
      </w:r>
    </w:p>
    <w:p w14:paraId="35123DA2" w14:textId="77777777" w:rsidR="00051182" w:rsidRDefault="00334933">
      <w:r>
        <w:rPr>
          <w:b/>
        </w:rPr>
        <w:t xml:space="preserve">Arbeitsprinzip: </w:t>
      </w:r>
      <w:r>
        <w:t>Jeden Schritt erst nach erfolgreicher Prüfung abhaken. Auffälligkeiten im IT-Wartungsportal dokumentieren.</w:t>
      </w:r>
    </w:p>
    <w:p w14:paraId="17D34D24" w14:textId="77777777" w:rsidR="00051182" w:rsidRDefault="00334933">
      <w:pPr>
        <w:pStyle w:val="berschrift2"/>
      </w:pPr>
      <w:r>
        <w:t>1. Vorbereitung</w:t>
      </w:r>
    </w:p>
    <w:p w14:paraId="20431707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Im Wartungsportal richtigen Arbeitsplatz auswählen (PC01–PC11).</w:t>
      </w:r>
    </w:p>
    <w:p w14:paraId="48D71CD1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Bearbeiter und Datum kontrollieren; PowerShell/Terminal für Systembefehle als Administrator öffnen.</w:t>
      </w:r>
    </w:p>
    <w:p w14:paraId="7F795D62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Vor Änderungen kurz prüfen, ob der Benutzer Dateien/Programme geöffnet hat.</w:t>
      </w:r>
    </w:p>
    <w:p w14:paraId="6E00622C" w14:textId="77777777" w:rsidR="00051182" w:rsidRDefault="00051182">
      <w:pPr>
        <w:spacing w:after="20"/>
      </w:pPr>
    </w:p>
    <w:p w14:paraId="1FC32FA4" w14:textId="77777777" w:rsidR="00051182" w:rsidRDefault="00334933">
      <w:pPr>
        <w:pStyle w:val="berschrift2"/>
      </w:pPr>
      <w:r>
        <w:t>2. Bestandsaufnahme</w:t>
      </w:r>
    </w:p>
    <w:p w14:paraId="1E077195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Hostname, Windows-Version, Build, Uptime, IP-Konfiguration und grundlegende Hardwaredaten erfassen.</w:t>
      </w:r>
    </w:p>
    <w:p w14:paraId="1E9D3427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Freien Speicher und auffällige CPU-/RAM-Auslastung prüfen.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17D14D8C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0FE6798A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hostname</w:t>
            </w:r>
            <w:r>
              <w:br/>
            </w:r>
            <w:r>
              <w:rPr>
                <w:rFonts w:ascii="Consolas" w:hAnsi="Consolas"/>
                <w:sz w:val="16"/>
              </w:rPr>
              <w:t>winver</w:t>
            </w:r>
            <w:r>
              <w:br/>
            </w:r>
            <w:r>
              <w:rPr>
                <w:rFonts w:ascii="Consolas" w:hAnsi="Consolas"/>
                <w:sz w:val="16"/>
              </w:rPr>
              <w:t>systeminfo</w:t>
            </w:r>
            <w:r>
              <w:br/>
            </w:r>
            <w:r>
              <w:rPr>
                <w:rFonts w:ascii="Consolas" w:hAnsi="Consolas"/>
                <w:sz w:val="16"/>
              </w:rPr>
              <w:t>Get-Uptime</w:t>
            </w:r>
            <w:r>
              <w:br/>
            </w:r>
            <w:r>
              <w:rPr>
                <w:rFonts w:ascii="Consolas" w:hAnsi="Consolas"/>
                <w:sz w:val="16"/>
              </w:rPr>
              <w:t>ipconfig /all</w:t>
            </w:r>
            <w:r>
              <w:br/>
            </w:r>
            <w:r>
              <w:rPr>
                <w:rFonts w:ascii="Consolas" w:hAnsi="Consolas"/>
                <w:sz w:val="16"/>
              </w:rPr>
              <w:t>Get-NetAdapter</w:t>
            </w:r>
            <w:r>
              <w:br/>
            </w:r>
            <w:r>
              <w:rPr>
                <w:rFonts w:ascii="Consolas" w:hAnsi="Consolas"/>
                <w:sz w:val="16"/>
              </w:rPr>
              <w:t>Get-NetIPConfiguration</w:t>
            </w:r>
            <w:r>
              <w:br/>
            </w:r>
            <w:r>
              <w:rPr>
                <w:rFonts w:ascii="Consolas" w:hAnsi="Consolas"/>
                <w:sz w:val="16"/>
              </w:rPr>
              <w:t>Get-Volume</w:t>
            </w:r>
            <w:r>
              <w:br/>
            </w:r>
            <w:r>
              <w:rPr>
                <w:rFonts w:ascii="Consolas" w:hAnsi="Consolas"/>
                <w:sz w:val="16"/>
              </w:rPr>
              <w:t>Get-PhysicalDisk</w:t>
            </w:r>
            <w:r>
              <w:br/>
            </w:r>
            <w:r>
              <w:rPr>
                <w:rFonts w:ascii="Consolas" w:hAnsi="Consolas"/>
                <w:sz w:val="16"/>
              </w:rPr>
              <w:t>Get-Process | Sort-Object CPU -Descending | Select-Object -First 15</w:t>
            </w:r>
          </w:p>
        </w:tc>
      </w:tr>
    </w:tbl>
    <w:p w14:paraId="53989FFE" w14:textId="77777777" w:rsidR="00051182" w:rsidRDefault="00051182">
      <w:pPr>
        <w:spacing w:after="20"/>
      </w:pPr>
    </w:p>
    <w:p w14:paraId="213EAC97" w14:textId="77777777" w:rsidR="00051182" w:rsidRDefault="00334933">
      <w:pPr>
        <w:pStyle w:val="berschrift2"/>
      </w:pPr>
      <w:r>
        <w:t>3. Datenträger &amp; Dateisystem</w:t>
      </w:r>
    </w:p>
    <w:p w14:paraId="7C6FE41C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SMART-/PhysicalDisk-Status, Volumes und freien Speicher kontrollieren.</w:t>
      </w:r>
    </w:p>
    <w:p w14:paraId="6B8EFC68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Dateisystem online prüfen; Optimierungsbedarf analysieren.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37E62A9C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677613E5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Get-PhysicalDisk</w:t>
            </w:r>
            <w:r>
              <w:br/>
            </w:r>
            <w:r>
              <w:rPr>
                <w:rFonts w:ascii="Consolas" w:hAnsi="Consolas"/>
                <w:sz w:val="16"/>
              </w:rPr>
              <w:t>Get-Disk</w:t>
            </w:r>
            <w:r>
              <w:br/>
            </w:r>
            <w:r>
              <w:rPr>
                <w:rFonts w:ascii="Consolas" w:hAnsi="Consolas"/>
                <w:sz w:val="16"/>
              </w:rPr>
              <w:t>Get-Volume</w:t>
            </w:r>
            <w:r>
              <w:br/>
            </w:r>
            <w:r>
              <w:rPr>
                <w:rFonts w:ascii="Consolas" w:hAnsi="Consolas"/>
                <w:sz w:val="16"/>
              </w:rPr>
              <w:t>chkdsk C: /scan</w:t>
            </w:r>
            <w:r>
              <w:br/>
            </w:r>
            <w:r>
              <w:rPr>
                <w:rFonts w:ascii="Consolas" w:hAnsi="Consolas"/>
                <w:sz w:val="16"/>
              </w:rPr>
              <w:t>defrag C: /A /V</w:t>
            </w:r>
          </w:p>
        </w:tc>
      </w:tr>
    </w:tbl>
    <w:p w14:paraId="13FD642A" w14:textId="77777777" w:rsidR="00051182" w:rsidRDefault="00051182">
      <w:pPr>
        <w:spacing w:after="20"/>
      </w:pPr>
    </w:p>
    <w:p w14:paraId="7AF8494A" w14:textId="77777777" w:rsidR="00051182" w:rsidRDefault="00334933">
      <w:pPr>
        <w:pStyle w:val="berschrift2"/>
      </w:pPr>
      <w:r>
        <w:t>4. Windows Update – Betriebssystem</w:t>
      </w:r>
    </w:p>
    <w:p w14:paraId="22209844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Nach Windows-, Security-, kumulativen und .NET-Updates suchen und diese installieren.</w:t>
      </w:r>
    </w:p>
    <w:p w14:paraId="577E3042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Windows Update ist für Betriebssystemupdates zuständig; WinGet ersetzt Windows Update nicht.</w:t>
      </w:r>
    </w:p>
    <w:p w14:paraId="1F0E3FBA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Bei notwendigem Neustart: Neustart durchführen und danach erneut nach Updates suchen.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6775AED7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00AF7DB1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start ms-settings:windowsupdate</w:t>
            </w:r>
            <w:r>
              <w:br/>
            </w:r>
            <w:r>
              <w:rPr>
                <w:rFonts w:ascii="Consolas" w:hAnsi="Consolas"/>
                <w:sz w:val="16"/>
              </w:rPr>
              <w:t>Get-HotFix | Sort-Object InstalledOn -Descending</w:t>
            </w:r>
            <w:r>
              <w:br/>
            </w:r>
            <w:r>
              <w:rPr>
                <w:rFonts w:ascii="Consolas" w:hAnsi="Consolas"/>
                <w:sz w:val="16"/>
              </w:rPr>
              <w:t>Get-WinEvent -LogName 'Microsoft-Windows-WindowsUpdateClient/Operational' -MaxEvents 50</w:t>
            </w:r>
          </w:p>
        </w:tc>
      </w:tr>
    </w:tbl>
    <w:p w14:paraId="28C14925" w14:textId="77777777" w:rsidR="00051182" w:rsidRDefault="00051182">
      <w:pPr>
        <w:spacing w:after="20"/>
      </w:pPr>
    </w:p>
    <w:p w14:paraId="1A1FE9FC" w14:textId="77777777" w:rsidR="00051182" w:rsidRDefault="00334933">
      <w:pPr>
        <w:pStyle w:val="berschrift2"/>
      </w:pPr>
      <w:r>
        <w:t>5. WinGet – Anwendungsupdates</w:t>
      </w:r>
    </w:p>
    <w:p w14:paraId="55601E58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WinGet-Quellen aktualisieren, zuerst verfügbare App-Updates anzeigen, danach freigegebene Updates installieren.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33FBCE32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6378FFD7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winget --version</w:t>
            </w:r>
            <w:r>
              <w:br/>
            </w:r>
            <w:r>
              <w:rPr>
                <w:rFonts w:ascii="Consolas" w:hAnsi="Consolas"/>
                <w:sz w:val="16"/>
              </w:rPr>
              <w:t>winget source list</w:t>
            </w:r>
            <w:r>
              <w:br/>
            </w:r>
            <w:r>
              <w:rPr>
                <w:rFonts w:ascii="Consolas" w:hAnsi="Consolas"/>
                <w:sz w:val="16"/>
              </w:rPr>
              <w:t>winget source update</w:t>
            </w:r>
            <w:r>
              <w:br/>
            </w:r>
            <w:r>
              <w:rPr>
                <w:rFonts w:ascii="Consolas" w:hAnsi="Consolas"/>
                <w:sz w:val="16"/>
              </w:rPr>
              <w:t>winget upgrade</w:t>
            </w:r>
            <w:r>
              <w:br/>
            </w:r>
            <w:r>
              <w:rPr>
                <w:rFonts w:ascii="Consolas" w:hAnsi="Consolas"/>
                <w:sz w:val="16"/>
              </w:rPr>
              <w:t>winget upgrade --all --accept-source-agreements --accept-package-agreements</w:t>
            </w:r>
          </w:p>
        </w:tc>
      </w:tr>
    </w:tbl>
    <w:p w14:paraId="5E222E00" w14:textId="77777777" w:rsidR="00051182" w:rsidRDefault="00051182">
      <w:pPr>
        <w:spacing w:after="20"/>
      </w:pPr>
    </w:p>
    <w:p w14:paraId="2E498A46" w14:textId="77777777" w:rsidR="00CE6713" w:rsidRDefault="00CE6713">
      <w:pPr>
        <w:pStyle w:val="berschrift2"/>
      </w:pPr>
    </w:p>
    <w:p w14:paraId="604BAE09" w14:textId="637583AE" w:rsidR="00051182" w:rsidRDefault="00334933">
      <w:pPr>
        <w:pStyle w:val="berschrift2"/>
      </w:pPr>
      <w:r>
        <w:t>6. Windows System Health – DISM &amp; SFC</w:t>
      </w:r>
    </w:p>
    <w:p w14:paraId="526068A8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Zuerst Komponentenstore prüfen. RestoreHealth nur bei festgestellten Problemen ausführen.</w:t>
      </w:r>
    </w:p>
    <w:p w14:paraId="579BE99E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Danach geschützte Systemdateien mit SFC prüfen.</w:t>
      </w:r>
    </w:p>
    <w:p w14:paraId="135E4484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Zum Abschluss ersetzte Komponenten bereinigen.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550F5658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227747EF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DISM /Online /Cleanup-Image /CheckHealth</w:t>
            </w:r>
            <w:r>
              <w:br/>
            </w:r>
            <w:r>
              <w:rPr>
                <w:rFonts w:ascii="Consolas" w:hAnsi="Consolas"/>
                <w:sz w:val="16"/>
              </w:rPr>
              <w:t>DISM /Online /Cleanup-Image /ScanHealth</w:t>
            </w:r>
            <w:r>
              <w:br/>
            </w:r>
            <w:r>
              <w:rPr>
                <w:rFonts w:ascii="Consolas" w:hAnsi="Consolas"/>
                <w:sz w:val="16"/>
              </w:rPr>
              <w:t>DISM /Online /Cleanup-Image /RestoreHealth</w:t>
            </w:r>
            <w:r>
              <w:br/>
            </w:r>
            <w:r>
              <w:rPr>
                <w:rFonts w:ascii="Consolas" w:hAnsi="Consolas"/>
                <w:sz w:val="16"/>
              </w:rPr>
              <w:t>sfc /scannow</w:t>
            </w:r>
            <w:r>
              <w:br/>
            </w:r>
            <w:r>
              <w:rPr>
                <w:rFonts w:ascii="Consolas" w:hAnsi="Consolas"/>
                <w:sz w:val="16"/>
              </w:rPr>
              <w:t>DISM /Online /Cleanup-Image /StartComponentCleanup</w:t>
            </w:r>
          </w:p>
        </w:tc>
      </w:tr>
    </w:tbl>
    <w:p w14:paraId="4870427D" w14:textId="77777777" w:rsidR="00051182" w:rsidRDefault="00051182">
      <w:pPr>
        <w:spacing w:after="20"/>
      </w:pPr>
    </w:p>
    <w:p w14:paraId="15B38B0E" w14:textId="77777777" w:rsidR="00051182" w:rsidRDefault="00334933">
      <w:pPr>
        <w:pStyle w:val="berschrift2"/>
      </w:pPr>
      <w:r>
        <w:t>7. Bereinigung</w:t>
      </w:r>
    </w:p>
    <w:p w14:paraId="23EA632B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TEMP zunächst analysieren; anschließend nur freigegebene temporäre Dateien des aktuellen Benutzers löschen.</w:t>
      </w:r>
    </w:p>
    <w:p w14:paraId="71EB1C3E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Keine manuellen Löschaktionen in WinSxS, Windows\Installer oder SoftwareDistribution durchführen.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2B5FE549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63A77C7E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Get-ChildItem $env:TEMP -Force -ErrorAction SilentlyContinue</w:t>
            </w:r>
            <w:r>
              <w:br/>
            </w:r>
            <w:r>
              <w:rPr>
                <w:rFonts w:ascii="Consolas" w:hAnsi="Consolas"/>
                <w:sz w:val="16"/>
              </w:rPr>
              <w:t>Get-ChildItem $env:TEMP -File -Recurse -Force -ErrorAction SilentlyContinue | Measure-Object -Property Length -Sum</w:t>
            </w:r>
            <w:r>
              <w:br/>
            </w:r>
            <w:r>
              <w:rPr>
                <w:rFonts w:ascii="Consolas" w:hAnsi="Consolas"/>
                <w:sz w:val="16"/>
              </w:rPr>
              <w:t>Get-ChildItem $env:TEMP -Force -ErrorAction SilentlyContinue | Remove-Item -Recurse -Force -ErrorAction SilentlyContinue</w:t>
            </w:r>
            <w:r>
              <w:br/>
            </w:r>
            <w:r>
              <w:rPr>
                <w:rFonts w:ascii="Consolas" w:hAnsi="Consolas"/>
                <w:sz w:val="16"/>
              </w:rPr>
              <w:t>cleanmgr</w:t>
            </w:r>
            <w:r>
              <w:br/>
            </w:r>
            <w:r>
              <w:rPr>
                <w:rFonts w:ascii="Consolas" w:hAnsi="Consolas"/>
                <w:sz w:val="16"/>
              </w:rPr>
              <w:t>start ms-settings:storagesense</w:t>
            </w:r>
          </w:p>
        </w:tc>
      </w:tr>
    </w:tbl>
    <w:p w14:paraId="18EBF07F" w14:textId="77777777" w:rsidR="00051182" w:rsidRDefault="00051182">
      <w:pPr>
        <w:spacing w:after="20"/>
      </w:pPr>
    </w:p>
    <w:p w14:paraId="2E75FCD9" w14:textId="77777777" w:rsidR="00051182" w:rsidRDefault="00334933">
      <w:pPr>
        <w:pStyle w:val="berschrift2"/>
      </w:pPr>
      <w:r>
        <w:t>8. Dienste &amp; Ereignisanzeige</w:t>
      </w:r>
    </w:p>
    <w:p w14:paraId="7F71D9F5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Automatische, aber gestoppte Dienste identifizieren und bewerten – nicht blind starten.</w:t>
      </w:r>
    </w:p>
    <w:p w14:paraId="4DC396FF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Kritische Fehler der letzten sieben Tage in System und Application kontrollieren.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6F0A339C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63848C60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Get-Service | Where-Object {$_.StartType -eq 'Automatic' -and $_.Status -ne 'Running'}</w:t>
            </w:r>
            <w:r>
              <w:br/>
            </w:r>
            <w:r>
              <w:rPr>
                <w:rFonts w:ascii="Consolas" w:hAnsi="Consolas"/>
                <w:sz w:val="16"/>
              </w:rPr>
              <w:t>Get-WinEvent -FilterHashtable @{LogName='System';Level=1,2;StartTime=(Get-Date).AddDays(-7)} | Select-Object TimeCreated,Id,ProviderName,Message</w:t>
            </w:r>
            <w:r>
              <w:br/>
            </w:r>
            <w:r>
              <w:rPr>
                <w:rFonts w:ascii="Consolas" w:hAnsi="Consolas"/>
                <w:sz w:val="16"/>
              </w:rPr>
              <w:t>Get-WinEvent -FilterHashtable @{LogName='Application';Level=1,2;StartTime=(Get-Date).AddDays(-7)} | Select-Object TimeCreated,Id,ProviderName,Message</w:t>
            </w:r>
          </w:p>
        </w:tc>
      </w:tr>
    </w:tbl>
    <w:p w14:paraId="756AE7B9" w14:textId="77777777" w:rsidR="00051182" w:rsidRDefault="00051182">
      <w:pPr>
        <w:spacing w:after="20"/>
      </w:pPr>
    </w:p>
    <w:p w14:paraId="21488E62" w14:textId="77777777" w:rsidR="00051182" w:rsidRDefault="00334933">
      <w:pPr>
        <w:pStyle w:val="berschrift2"/>
      </w:pPr>
      <w:r>
        <w:t>9. Security</w:t>
      </w:r>
    </w:p>
    <w:p w14:paraId="778B07E9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Microsoft Defender, Signaturstand, Erkennungen und Windows-Firewallprofile prüfen.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5037C7ED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2BBB6C55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Get-MpComputerStatus | Select-Object AntivirusEnabled,RealTimeProtectionEnabled,AntivirusSignatureLastUpdated,QuickScanAge,FullScanAge</w:t>
            </w:r>
            <w:r>
              <w:br/>
            </w:r>
            <w:r>
              <w:rPr>
                <w:rFonts w:ascii="Consolas" w:hAnsi="Consolas"/>
                <w:sz w:val="16"/>
              </w:rPr>
              <w:t>Update-MpSignature</w:t>
            </w:r>
            <w:r>
              <w:br/>
            </w:r>
            <w:r>
              <w:rPr>
                <w:rFonts w:ascii="Consolas" w:hAnsi="Consolas"/>
                <w:sz w:val="16"/>
              </w:rPr>
              <w:t>Get-MpThreatDetection</w:t>
            </w:r>
            <w:r>
              <w:br/>
            </w:r>
            <w:r>
              <w:rPr>
                <w:rFonts w:ascii="Consolas" w:hAnsi="Consolas"/>
                <w:sz w:val="16"/>
              </w:rPr>
              <w:t>Get-NetFirewallProfile | Select-Object Name,Enabled,DefaultInboundAction,DefaultOutboundAction</w:t>
            </w:r>
          </w:p>
        </w:tc>
      </w:tr>
    </w:tbl>
    <w:p w14:paraId="06FDC124" w14:textId="77777777" w:rsidR="00051182" w:rsidRDefault="00051182">
      <w:pPr>
        <w:spacing w:after="20"/>
      </w:pPr>
    </w:p>
    <w:p w14:paraId="4FE74716" w14:textId="77777777" w:rsidR="00051182" w:rsidRDefault="00334933">
      <w:pPr>
        <w:pStyle w:val="berschrift2"/>
      </w:pPr>
      <w:r>
        <w:t>10. Netzwerk</w:t>
      </w:r>
    </w:p>
    <w:p w14:paraId="769EFBFE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DNS, Gateway/Erreichbarkeit, Routing, ARP/Neighbor und aktive Verbindungen prüfen.</w:t>
      </w:r>
    </w:p>
    <w:p w14:paraId="4C3639C8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DNS-Cache nur bei Bedarf leeren.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3A6AE5D8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575386E5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Get-DnsClientCache</w:t>
            </w:r>
            <w:r>
              <w:br/>
            </w:r>
            <w:r>
              <w:rPr>
                <w:rFonts w:ascii="Consolas" w:hAnsi="Consolas"/>
                <w:sz w:val="16"/>
              </w:rPr>
              <w:t>Clear-DnsClientCache</w:t>
            </w:r>
            <w:r>
              <w:br/>
            </w:r>
            <w:r>
              <w:rPr>
                <w:rFonts w:ascii="Consolas" w:hAnsi="Consolas"/>
                <w:sz w:val="16"/>
              </w:rPr>
              <w:t>ipconfig /flushdns</w:t>
            </w:r>
            <w:r>
              <w:br/>
            </w:r>
            <w:r>
              <w:rPr>
                <w:rFonts w:ascii="Consolas" w:hAnsi="Consolas"/>
                <w:sz w:val="16"/>
              </w:rPr>
              <w:t>route print</w:t>
            </w:r>
            <w:r>
              <w:br/>
            </w:r>
            <w:r>
              <w:rPr>
                <w:rFonts w:ascii="Consolas" w:hAnsi="Consolas"/>
                <w:sz w:val="16"/>
              </w:rPr>
              <w:t>arp -a</w:t>
            </w:r>
            <w:r>
              <w:br/>
            </w:r>
            <w:r>
              <w:rPr>
                <w:rFonts w:ascii="Consolas" w:hAnsi="Consolas"/>
                <w:sz w:val="16"/>
              </w:rPr>
              <w:t>Get-NetRoute</w:t>
            </w:r>
            <w:r>
              <w:br/>
            </w:r>
            <w:r>
              <w:rPr>
                <w:rFonts w:ascii="Consolas" w:hAnsi="Consolas"/>
                <w:sz w:val="16"/>
              </w:rPr>
              <w:t>Get-NetNeighbor</w:t>
            </w:r>
            <w:r>
              <w:br/>
            </w:r>
            <w:r>
              <w:rPr>
                <w:rFonts w:ascii="Consolas" w:hAnsi="Consolas"/>
                <w:sz w:val="16"/>
              </w:rPr>
              <w:t>netstat -ano</w:t>
            </w:r>
            <w:r>
              <w:br/>
            </w:r>
            <w:r>
              <w:rPr>
                <w:rFonts w:ascii="Consolas" w:hAnsi="Consolas"/>
                <w:sz w:val="16"/>
              </w:rPr>
              <w:t>Test-NetConnection &lt;Ziel&gt; -Port 443</w:t>
            </w:r>
          </w:p>
        </w:tc>
      </w:tr>
    </w:tbl>
    <w:p w14:paraId="32006377" w14:textId="77777777" w:rsidR="00051182" w:rsidRDefault="00051182">
      <w:pPr>
        <w:spacing w:after="20"/>
      </w:pPr>
    </w:p>
    <w:p w14:paraId="53F49775" w14:textId="77777777" w:rsidR="00051182" w:rsidRDefault="00334933">
      <w:pPr>
        <w:pStyle w:val="berschrift2"/>
      </w:pPr>
      <w:r>
        <w:lastRenderedPageBreak/>
        <w:t>11. Aufgabenplanung &amp; Autostart</w:t>
      </w:r>
    </w:p>
    <w:p w14:paraId="69634B6D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Geplante Aufgaben sowie Autostart-Einträge auf Fehler oder unnötige Einträge prüfen.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51677269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21519254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Get-ScheduledTask | Where-Object {$_.State -ne 'Disabled'} | Select-Object TaskName,TaskPath,State</w:t>
            </w:r>
            <w:r>
              <w:br/>
            </w:r>
            <w:r>
              <w:rPr>
                <w:rFonts w:ascii="Consolas" w:hAnsi="Consolas"/>
                <w:sz w:val="16"/>
              </w:rPr>
              <w:t>Get-CimInstance Win32_StartupCommand | Select-Object Name,Command,Location,User</w:t>
            </w:r>
          </w:p>
        </w:tc>
      </w:tr>
    </w:tbl>
    <w:p w14:paraId="089D1471" w14:textId="77777777" w:rsidR="00051182" w:rsidRDefault="00051182">
      <w:pPr>
        <w:spacing w:after="20"/>
      </w:pPr>
    </w:p>
    <w:p w14:paraId="0D25F4EB" w14:textId="77777777" w:rsidR="00051182" w:rsidRDefault="00334933">
      <w:pPr>
        <w:pStyle w:val="berschrift2"/>
      </w:pPr>
      <w:r>
        <w:t>12. HP Hardware</w:t>
      </w:r>
    </w:p>
    <w:p w14:paraId="043181E3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Bei HP-Geräten HP Support Assistant bzw. HP Image Assistant prüfen.</w:t>
      </w:r>
    </w:p>
    <w:p w14:paraId="7A50A2E0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Treiber, BIOS und Firmware nur nach Freigabe installieren; vor BIOS-Updates BitLocker-Recovery-Key sicherstellen.</w:t>
      </w:r>
    </w:p>
    <w:p w14:paraId="02855B2C" w14:textId="77777777" w:rsidR="00051182" w:rsidRDefault="00051182">
      <w:pPr>
        <w:spacing w:after="20"/>
      </w:pPr>
    </w:p>
    <w:p w14:paraId="51075AC2" w14:textId="77777777" w:rsidR="00051182" w:rsidRDefault="00334933">
      <w:pPr>
        <w:pStyle w:val="berschrift2"/>
      </w:pPr>
      <w:r>
        <w:t>13. Abschlusskontrolle</w:t>
      </w:r>
    </w:p>
    <w:p w14:paraId="2231B207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Windows Update und WinGet erneut prüfen.</w:t>
      </w:r>
    </w:p>
    <w:p w14:paraId="67877016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Automatische Dienste und neue Fehler seit Wartungsbeginn kontrollieren.</w:t>
      </w:r>
    </w:p>
    <w:p w14:paraId="51E3E903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Im Portal Auffälligkeiten dokumentieren und Status auf Fertig setzen.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4FEA961F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2F6EFCF2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start ms-settings:windowsupdate</w:t>
            </w:r>
            <w:r>
              <w:br/>
            </w:r>
            <w:r>
              <w:rPr>
                <w:rFonts w:ascii="Consolas" w:hAnsi="Consolas"/>
                <w:sz w:val="16"/>
              </w:rPr>
              <w:t>winget upgrade</w:t>
            </w:r>
            <w:r>
              <w:br/>
            </w:r>
            <w:r>
              <w:rPr>
                <w:rFonts w:ascii="Consolas" w:hAnsi="Consolas"/>
                <w:sz w:val="16"/>
              </w:rPr>
              <w:t>Get-Service | Where-Object {$_.StartType -eq 'Automatic' -and $_.Status -ne 'Running'}</w:t>
            </w:r>
            <w:r>
              <w:br/>
            </w:r>
            <w:r>
              <w:rPr>
                <w:rFonts w:ascii="Consolas" w:hAnsi="Consolas"/>
                <w:sz w:val="16"/>
              </w:rPr>
              <w:t>Get-WinEvent -FilterHashtable @{LogName='System';Level=1,2;StartTime=(Get-Date).AddHours(-2)}</w:t>
            </w:r>
          </w:p>
        </w:tc>
      </w:tr>
    </w:tbl>
    <w:p w14:paraId="758E04AA" w14:textId="77777777" w:rsidR="00051182" w:rsidRDefault="00051182">
      <w:pPr>
        <w:spacing w:after="20"/>
      </w:pPr>
    </w:p>
    <w:p w14:paraId="6455F30E" w14:textId="77777777" w:rsidR="00051182" w:rsidRDefault="00334933">
      <w:r>
        <w:br w:type="page"/>
      </w:r>
    </w:p>
    <w:p w14:paraId="505A3F52" w14:textId="77777777" w:rsidR="00051182" w:rsidRDefault="00334933">
      <w:pPr>
        <w:pStyle w:val="berschrift1"/>
      </w:pPr>
      <w:r>
        <w:lastRenderedPageBreak/>
        <w:t>Windows 11 – virtuelle Maschine</w:t>
      </w:r>
    </w:p>
    <w:p w14:paraId="313C0176" w14:textId="77777777" w:rsidR="00051182" w:rsidRDefault="00334933">
      <w:r>
        <w:rPr>
          <w:b/>
        </w:rPr>
        <w:t xml:space="preserve">Arbeitsprinzip: </w:t>
      </w:r>
      <w:r>
        <w:t>Jeden Schritt erst nach erfolgreicher Prüfung abhaken. Auffälligkeiten im IT-Wartungsportal dokumentieren.</w:t>
      </w:r>
    </w:p>
    <w:p w14:paraId="6610C915" w14:textId="77777777" w:rsidR="00051182" w:rsidRDefault="00334933">
      <w:pPr>
        <w:pStyle w:val="berschrift2"/>
      </w:pPr>
      <w:r>
        <w:t>1. Vorbereitung &amp; VM-Zuordnung</w:t>
      </w:r>
    </w:p>
    <w:p w14:paraId="2CFF13D4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Im Portal VPC01–VPC07 auswählen und sicherstellen, dass die richtige VM bearbeitet wird.</w:t>
      </w:r>
    </w:p>
    <w:p w14:paraId="50A886C1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PowerShell als Administrator öffnen.</w:t>
      </w:r>
    </w:p>
    <w:p w14:paraId="6C4672AD" w14:textId="77777777" w:rsidR="00051182" w:rsidRDefault="00051182">
      <w:pPr>
        <w:spacing w:after="20"/>
      </w:pPr>
    </w:p>
    <w:p w14:paraId="65AA4B82" w14:textId="77777777" w:rsidR="00051182" w:rsidRDefault="00334933">
      <w:pPr>
        <w:pStyle w:val="berschrift2"/>
      </w:pPr>
      <w:r>
        <w:t>2. Bestandsaufnahme</w:t>
      </w:r>
    </w:p>
    <w:p w14:paraId="511FB363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Windows-Version, Uptime, Netzwerk, RAM und freien Speicher dokumentieren.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34984185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4831ABCA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hostname</w:t>
            </w:r>
            <w:r>
              <w:br/>
            </w:r>
            <w:r>
              <w:rPr>
                <w:rFonts w:ascii="Consolas" w:hAnsi="Consolas"/>
                <w:sz w:val="16"/>
              </w:rPr>
              <w:t>winver</w:t>
            </w:r>
            <w:r>
              <w:br/>
            </w:r>
            <w:r>
              <w:rPr>
                <w:rFonts w:ascii="Consolas" w:hAnsi="Consolas"/>
                <w:sz w:val="16"/>
              </w:rPr>
              <w:t>systeminfo</w:t>
            </w:r>
            <w:r>
              <w:br/>
            </w:r>
            <w:r>
              <w:rPr>
                <w:rFonts w:ascii="Consolas" w:hAnsi="Consolas"/>
                <w:sz w:val="16"/>
              </w:rPr>
              <w:t>Get-Uptime</w:t>
            </w:r>
            <w:r>
              <w:br/>
            </w:r>
            <w:r>
              <w:rPr>
                <w:rFonts w:ascii="Consolas" w:hAnsi="Consolas"/>
                <w:sz w:val="16"/>
              </w:rPr>
              <w:t>ipconfig /all</w:t>
            </w:r>
            <w:r>
              <w:br/>
            </w:r>
            <w:r>
              <w:rPr>
                <w:rFonts w:ascii="Consolas" w:hAnsi="Consolas"/>
                <w:sz w:val="16"/>
              </w:rPr>
              <w:t>Get-NetIPConfiguration</w:t>
            </w:r>
            <w:r>
              <w:br/>
            </w:r>
            <w:r>
              <w:rPr>
                <w:rFonts w:ascii="Consolas" w:hAnsi="Consolas"/>
                <w:sz w:val="16"/>
              </w:rPr>
              <w:t>Get-Volume</w:t>
            </w:r>
          </w:p>
        </w:tc>
      </w:tr>
    </w:tbl>
    <w:p w14:paraId="50165CB0" w14:textId="77777777" w:rsidR="00051182" w:rsidRDefault="00051182">
      <w:pPr>
        <w:spacing w:after="20"/>
      </w:pPr>
    </w:p>
    <w:p w14:paraId="04EEAFD2" w14:textId="77777777" w:rsidR="00051182" w:rsidRDefault="00334933">
      <w:pPr>
        <w:pStyle w:val="berschrift2"/>
      </w:pPr>
      <w:r>
        <w:t>3. Windows Update</w:t>
      </w:r>
    </w:p>
    <w:p w14:paraId="53DBC3A2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Betriebssystemupdates installieren; danach erforderlichen Neustart und erneute Updateprüfung durchführen.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1150EBA9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30ED0E78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start ms-settings:windowsupdate</w:t>
            </w:r>
            <w:r>
              <w:br/>
            </w:r>
            <w:r>
              <w:rPr>
                <w:rFonts w:ascii="Consolas" w:hAnsi="Consolas"/>
                <w:sz w:val="16"/>
              </w:rPr>
              <w:t>Get-HotFix | Sort-Object InstalledOn -Descending</w:t>
            </w:r>
          </w:p>
        </w:tc>
      </w:tr>
    </w:tbl>
    <w:p w14:paraId="686D729B" w14:textId="77777777" w:rsidR="00051182" w:rsidRDefault="00051182">
      <w:pPr>
        <w:spacing w:after="20"/>
      </w:pPr>
    </w:p>
    <w:p w14:paraId="49D297B3" w14:textId="77777777" w:rsidR="00051182" w:rsidRDefault="00334933">
      <w:pPr>
        <w:pStyle w:val="berschrift2"/>
      </w:pPr>
      <w:r>
        <w:t>4. WinGet</w:t>
      </w:r>
    </w:p>
    <w:p w14:paraId="2F127D61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App-Updates zuerst anzeigen, dann installieren.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5FD0377C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7360B36C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winget source update</w:t>
            </w:r>
            <w:r>
              <w:br/>
            </w:r>
            <w:r>
              <w:rPr>
                <w:rFonts w:ascii="Consolas" w:hAnsi="Consolas"/>
                <w:sz w:val="16"/>
              </w:rPr>
              <w:t>winget upgrade</w:t>
            </w:r>
            <w:r>
              <w:br/>
            </w:r>
            <w:r>
              <w:rPr>
                <w:rFonts w:ascii="Consolas" w:hAnsi="Consolas"/>
                <w:sz w:val="16"/>
              </w:rPr>
              <w:t>winget upgrade --all --accept-source-agreements --accept-package-agreements</w:t>
            </w:r>
          </w:p>
        </w:tc>
      </w:tr>
    </w:tbl>
    <w:p w14:paraId="51ED769F" w14:textId="77777777" w:rsidR="00051182" w:rsidRDefault="00051182">
      <w:pPr>
        <w:spacing w:after="20"/>
      </w:pPr>
    </w:p>
    <w:p w14:paraId="1DECA527" w14:textId="77777777" w:rsidR="00051182" w:rsidRDefault="00334933">
      <w:pPr>
        <w:pStyle w:val="berschrift2"/>
      </w:pPr>
      <w:r>
        <w:t>5. DISM &amp; SFC</w:t>
      </w:r>
    </w:p>
    <w:p w14:paraId="1A889885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Komponentenstore und Systemdateien prüfen/reparieren.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65711AC0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054FE782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DISM /Online /Cleanup-Image /CheckHealth</w:t>
            </w:r>
            <w:r>
              <w:br/>
            </w:r>
            <w:r>
              <w:rPr>
                <w:rFonts w:ascii="Consolas" w:hAnsi="Consolas"/>
                <w:sz w:val="16"/>
              </w:rPr>
              <w:t>DISM /Online /Cleanup-Image /ScanHealth</w:t>
            </w:r>
            <w:r>
              <w:br/>
            </w:r>
            <w:r>
              <w:rPr>
                <w:rFonts w:ascii="Consolas" w:hAnsi="Consolas"/>
                <w:sz w:val="16"/>
              </w:rPr>
              <w:t>DISM /Online /Cleanup-Image /RestoreHealth</w:t>
            </w:r>
            <w:r>
              <w:br/>
            </w:r>
            <w:r>
              <w:rPr>
                <w:rFonts w:ascii="Consolas" w:hAnsi="Consolas"/>
                <w:sz w:val="16"/>
              </w:rPr>
              <w:t>sfc /scannow</w:t>
            </w:r>
            <w:r>
              <w:br/>
            </w:r>
            <w:r>
              <w:rPr>
                <w:rFonts w:ascii="Consolas" w:hAnsi="Consolas"/>
                <w:sz w:val="16"/>
              </w:rPr>
              <w:t>DISM /Online /Cleanup-Image /StartComponentCleanup</w:t>
            </w:r>
          </w:p>
        </w:tc>
      </w:tr>
    </w:tbl>
    <w:p w14:paraId="3F1C1E41" w14:textId="77777777" w:rsidR="00051182" w:rsidRDefault="00051182">
      <w:pPr>
        <w:spacing w:after="20"/>
      </w:pPr>
    </w:p>
    <w:p w14:paraId="34C169AC" w14:textId="77777777" w:rsidR="00051182" w:rsidRDefault="00334933">
      <w:pPr>
        <w:pStyle w:val="berschrift2"/>
      </w:pPr>
      <w:r>
        <w:t>6. Bereinigung</w:t>
      </w:r>
    </w:p>
    <w:p w14:paraId="7AFFBEF4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TEMP prüfen und kontrolliert bereinigen.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77E09968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404D7DD1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Get-ChildItem $env:TEMP -Force -ErrorAction SilentlyContinue</w:t>
            </w:r>
            <w:r>
              <w:br/>
            </w:r>
            <w:r>
              <w:rPr>
                <w:rFonts w:ascii="Consolas" w:hAnsi="Consolas"/>
                <w:sz w:val="16"/>
              </w:rPr>
              <w:t>Get-ChildItem $env:TEMP -Force -ErrorAction SilentlyContinue | Remove-Item -Recurse -Force -ErrorAction SilentlyContinue</w:t>
            </w:r>
          </w:p>
        </w:tc>
      </w:tr>
    </w:tbl>
    <w:p w14:paraId="7E6A2CDA" w14:textId="77777777" w:rsidR="00051182" w:rsidRDefault="00051182">
      <w:pPr>
        <w:spacing w:after="20"/>
      </w:pPr>
    </w:p>
    <w:p w14:paraId="4A47B3FC" w14:textId="77777777" w:rsidR="00051182" w:rsidRDefault="00334933">
      <w:pPr>
        <w:pStyle w:val="berschrift2"/>
      </w:pPr>
      <w:r>
        <w:t>7. Dienste &amp; Eventlogs</w:t>
      </w:r>
    </w:p>
    <w:p w14:paraId="3BD0B013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Automatische gestoppte Dienste sowie System-/Application-Fehler prüfen.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1DC83C8D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4FFFA776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Get-Service | Where-Object {$_.StartType -eq 'Automatic' -and $_.Status -ne 'Running'}</w:t>
            </w:r>
            <w:r>
              <w:br/>
            </w:r>
            <w:r>
              <w:rPr>
                <w:rFonts w:ascii="Consolas" w:hAnsi="Consolas"/>
                <w:sz w:val="16"/>
              </w:rPr>
              <w:t>Get-WinEvent -FilterHashtable @{LogName='System';Level=1,2;StartTime=(Get-Date).AddDays(-7)}</w:t>
            </w:r>
          </w:p>
        </w:tc>
      </w:tr>
    </w:tbl>
    <w:p w14:paraId="25C7A92B" w14:textId="77777777" w:rsidR="00051182" w:rsidRDefault="00051182">
      <w:pPr>
        <w:spacing w:after="20"/>
      </w:pPr>
    </w:p>
    <w:p w14:paraId="77B19615" w14:textId="77777777" w:rsidR="00051182" w:rsidRDefault="00334933">
      <w:pPr>
        <w:pStyle w:val="berschrift2"/>
      </w:pPr>
      <w:r>
        <w:lastRenderedPageBreak/>
        <w:t>8. Security &amp; Netzwerk</w:t>
      </w:r>
    </w:p>
    <w:p w14:paraId="72D79E0F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Defender, Firewall, DNS und Netzwerkverbindungen prüfen.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6EDB5658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54D79E28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Get-MpComputerStatus</w:t>
            </w:r>
            <w:r>
              <w:br/>
            </w:r>
            <w:r>
              <w:rPr>
                <w:rFonts w:ascii="Consolas" w:hAnsi="Consolas"/>
                <w:sz w:val="16"/>
              </w:rPr>
              <w:t>Update-MpSignature</w:t>
            </w:r>
            <w:r>
              <w:br/>
            </w:r>
            <w:r>
              <w:rPr>
                <w:rFonts w:ascii="Consolas" w:hAnsi="Consolas"/>
                <w:sz w:val="16"/>
              </w:rPr>
              <w:t>Get-NetFirewallProfile</w:t>
            </w:r>
            <w:r>
              <w:br/>
            </w:r>
            <w:r>
              <w:rPr>
                <w:rFonts w:ascii="Consolas" w:hAnsi="Consolas"/>
                <w:sz w:val="16"/>
              </w:rPr>
              <w:t>Get-DnsClientCache</w:t>
            </w:r>
            <w:r>
              <w:br/>
            </w:r>
            <w:r>
              <w:rPr>
                <w:rFonts w:ascii="Consolas" w:hAnsi="Consolas"/>
                <w:sz w:val="16"/>
              </w:rPr>
              <w:t>Get-NetTCPConnection | Sort-Object State,LocalPort</w:t>
            </w:r>
          </w:p>
        </w:tc>
      </w:tr>
    </w:tbl>
    <w:p w14:paraId="6F8C6ACC" w14:textId="77777777" w:rsidR="00051182" w:rsidRDefault="00051182">
      <w:pPr>
        <w:spacing w:after="20"/>
      </w:pPr>
    </w:p>
    <w:p w14:paraId="78EA059F" w14:textId="77777777" w:rsidR="00051182" w:rsidRDefault="00334933">
      <w:pPr>
        <w:pStyle w:val="berschrift2"/>
      </w:pPr>
      <w:r>
        <w:t>9. QEMU Guest Agent</w:t>
      </w:r>
    </w:p>
    <w:p w14:paraId="44E6AC28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Prüfen, ob der QEMU Guest Agent installiert ist und läuft.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786A032E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60675D0F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Get-Service QEMU-GA -ErrorAction SilentlyContinue</w:t>
            </w:r>
          </w:p>
        </w:tc>
      </w:tr>
    </w:tbl>
    <w:p w14:paraId="1608E9C9" w14:textId="77777777" w:rsidR="00051182" w:rsidRDefault="00051182">
      <w:pPr>
        <w:spacing w:after="20"/>
      </w:pPr>
    </w:p>
    <w:p w14:paraId="6EFD710D" w14:textId="77777777" w:rsidR="00051182" w:rsidRDefault="00334933">
      <w:pPr>
        <w:pStyle w:val="berschrift2"/>
      </w:pPr>
      <w:r>
        <w:t>10. Abschluss</w:t>
      </w:r>
    </w:p>
    <w:p w14:paraId="0BE6DFEF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Windows Update/WinGet erneut prüfen, Auffälligkeiten dokumentieren und Wartung abschließen.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5C85D7A4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33298FFE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start ms-settings:windowsupdate</w:t>
            </w:r>
            <w:r>
              <w:br/>
            </w:r>
            <w:r>
              <w:rPr>
                <w:rFonts w:ascii="Consolas" w:hAnsi="Consolas"/>
                <w:sz w:val="16"/>
              </w:rPr>
              <w:t>winget upgrade</w:t>
            </w:r>
          </w:p>
        </w:tc>
      </w:tr>
    </w:tbl>
    <w:p w14:paraId="15AE9CA7" w14:textId="77777777" w:rsidR="00051182" w:rsidRDefault="00051182">
      <w:pPr>
        <w:spacing w:after="20"/>
      </w:pPr>
    </w:p>
    <w:p w14:paraId="66BC5F9F" w14:textId="77777777" w:rsidR="00051182" w:rsidRDefault="00334933">
      <w:r>
        <w:br w:type="page"/>
      </w:r>
    </w:p>
    <w:p w14:paraId="63AD565D" w14:textId="77777777" w:rsidR="00051182" w:rsidRDefault="00334933">
      <w:pPr>
        <w:pStyle w:val="berschrift1"/>
      </w:pPr>
      <w:r>
        <w:lastRenderedPageBreak/>
        <w:t>Windows Server 2022 / 2025</w:t>
      </w:r>
    </w:p>
    <w:p w14:paraId="0BD71471" w14:textId="77777777" w:rsidR="00051182" w:rsidRDefault="00334933">
      <w:r>
        <w:rPr>
          <w:b/>
        </w:rPr>
        <w:t xml:space="preserve">Arbeitsprinzip: </w:t>
      </w:r>
      <w:r>
        <w:t>Jeden Schritt erst nach erfolgreicher Prüfung abhaken. Auffälligkeiten im IT-Wartungsportal dokumentieren.</w:t>
      </w:r>
    </w:p>
    <w:p w14:paraId="5537E0AE" w14:textId="77777777" w:rsidR="00051182" w:rsidRDefault="00334933">
      <w:pPr>
        <w:pStyle w:val="berschrift2"/>
      </w:pPr>
      <w:r>
        <w:t>1. Wartungsfenster &amp; Vorbereitung</w:t>
      </w:r>
    </w:p>
    <w:p w14:paraId="5BB364CD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Serverrolle und Kritikalität klären; laufende Benutzer/Sitzungen und geplante Arbeiten berücksichtigen.</w:t>
      </w:r>
    </w:p>
    <w:p w14:paraId="0C2EF467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Vor Updates Backupstatus prüfen. Neustarts nur nach Freigabe.</w:t>
      </w:r>
    </w:p>
    <w:p w14:paraId="0062C46D" w14:textId="77777777" w:rsidR="00051182" w:rsidRDefault="00051182">
      <w:pPr>
        <w:spacing w:after="20"/>
      </w:pPr>
    </w:p>
    <w:p w14:paraId="68163521" w14:textId="77777777" w:rsidR="00051182" w:rsidRDefault="00334933">
      <w:pPr>
        <w:pStyle w:val="berschrift2"/>
      </w:pPr>
      <w:r>
        <w:t>2. Bestandsaufnahme</w:t>
      </w:r>
    </w:p>
    <w:p w14:paraId="37012149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Version, Uptime, IP, Datenträger und Rollen erfassen.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1D8AF6A6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4166BDC5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hostname</w:t>
            </w:r>
            <w:r>
              <w:br/>
            </w:r>
            <w:r>
              <w:rPr>
                <w:rFonts w:ascii="Consolas" w:hAnsi="Consolas"/>
                <w:sz w:val="16"/>
              </w:rPr>
              <w:t>systeminfo</w:t>
            </w:r>
            <w:r>
              <w:br/>
            </w:r>
            <w:r>
              <w:rPr>
                <w:rFonts w:ascii="Consolas" w:hAnsi="Consolas"/>
                <w:sz w:val="16"/>
              </w:rPr>
              <w:t>Get-Uptime</w:t>
            </w:r>
            <w:r>
              <w:br/>
            </w:r>
            <w:r>
              <w:rPr>
                <w:rFonts w:ascii="Consolas" w:hAnsi="Consolas"/>
                <w:sz w:val="16"/>
              </w:rPr>
              <w:t>ipconfig /all</w:t>
            </w:r>
            <w:r>
              <w:br/>
            </w:r>
            <w:r>
              <w:rPr>
                <w:rFonts w:ascii="Consolas" w:hAnsi="Consolas"/>
                <w:sz w:val="16"/>
              </w:rPr>
              <w:t>Get-Volume</w:t>
            </w:r>
            <w:r>
              <w:br/>
            </w:r>
            <w:r>
              <w:rPr>
                <w:rFonts w:ascii="Consolas" w:hAnsi="Consolas"/>
                <w:sz w:val="16"/>
              </w:rPr>
              <w:t>Get-PhysicalDisk</w:t>
            </w:r>
            <w:r>
              <w:br/>
            </w:r>
            <w:r>
              <w:rPr>
                <w:rFonts w:ascii="Consolas" w:hAnsi="Consolas"/>
                <w:sz w:val="16"/>
              </w:rPr>
              <w:t>Get-WindowsFeature | Where-Object Installed</w:t>
            </w:r>
          </w:p>
        </w:tc>
      </w:tr>
    </w:tbl>
    <w:p w14:paraId="77250E1A" w14:textId="77777777" w:rsidR="00051182" w:rsidRDefault="00051182">
      <w:pPr>
        <w:spacing w:after="20"/>
      </w:pPr>
    </w:p>
    <w:p w14:paraId="639AE671" w14:textId="77777777" w:rsidR="00051182" w:rsidRDefault="00334933">
      <w:pPr>
        <w:pStyle w:val="berschrift2"/>
      </w:pPr>
      <w:r>
        <w:t>3. Backup &amp; Serverdienste</w:t>
      </w:r>
    </w:p>
    <w:p w14:paraId="48876593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Backupstatus und rollenrelevante Dienste prüfen.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69432C75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0D50A128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wbadmin get status</w:t>
            </w:r>
            <w:r>
              <w:br/>
            </w:r>
            <w:r>
              <w:rPr>
                <w:rFonts w:ascii="Consolas" w:hAnsi="Consolas"/>
                <w:sz w:val="16"/>
              </w:rPr>
              <w:t>wbadmin get versions</w:t>
            </w:r>
            <w:r>
              <w:br/>
            </w:r>
            <w:r>
              <w:rPr>
                <w:rFonts w:ascii="Consolas" w:hAnsi="Consolas"/>
                <w:sz w:val="16"/>
              </w:rPr>
              <w:t>Get-Service | Sort-Object Status,DisplayName</w:t>
            </w:r>
          </w:p>
        </w:tc>
      </w:tr>
    </w:tbl>
    <w:p w14:paraId="510D75CB" w14:textId="77777777" w:rsidR="00051182" w:rsidRDefault="00051182">
      <w:pPr>
        <w:spacing w:after="20"/>
      </w:pPr>
    </w:p>
    <w:p w14:paraId="0C6CDF2A" w14:textId="77777777" w:rsidR="00051182" w:rsidRDefault="00334933">
      <w:pPr>
        <w:pStyle w:val="berschrift2"/>
      </w:pPr>
      <w:r>
        <w:t>4. Windows Update – Betriebssystem</w:t>
      </w:r>
    </w:p>
    <w:p w14:paraId="47BA0FBF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Windows Server Updates installieren. Bei Desktop Experience über Windows Update; alternativ sconfig verwenden.</w:t>
      </w:r>
    </w:p>
    <w:p w14:paraId="47FAE2C9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WinGet ist nicht für Windows-OS-Updates zuständig.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34DCBA31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7EDB0F09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sconfig</w:t>
            </w:r>
            <w:r>
              <w:br/>
            </w:r>
            <w:r>
              <w:rPr>
                <w:rFonts w:ascii="Consolas" w:hAnsi="Consolas"/>
                <w:sz w:val="16"/>
              </w:rPr>
              <w:t>Get-HotFix | Sort-Object InstalledOn -Descending</w:t>
            </w:r>
          </w:p>
        </w:tc>
      </w:tr>
    </w:tbl>
    <w:p w14:paraId="12DFAF43" w14:textId="77777777" w:rsidR="00051182" w:rsidRDefault="00051182">
      <w:pPr>
        <w:spacing w:after="20"/>
      </w:pPr>
    </w:p>
    <w:p w14:paraId="2A535F6E" w14:textId="77777777" w:rsidR="00051182" w:rsidRDefault="00334933">
      <w:pPr>
        <w:pStyle w:val="berschrift2"/>
      </w:pPr>
      <w:r>
        <w:t>5. WinGet – Anwendungen (falls vorhanden)</w:t>
      </w:r>
    </w:p>
    <w:p w14:paraId="5B80BA61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Verfügbarkeit prüfen und nur App-Updates durchführen.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2C552F39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747AF6A6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winget --version</w:t>
            </w:r>
            <w:r>
              <w:br/>
            </w:r>
            <w:r>
              <w:rPr>
                <w:rFonts w:ascii="Consolas" w:hAnsi="Consolas"/>
                <w:sz w:val="16"/>
              </w:rPr>
              <w:t>winget source update</w:t>
            </w:r>
            <w:r>
              <w:br/>
            </w:r>
            <w:r>
              <w:rPr>
                <w:rFonts w:ascii="Consolas" w:hAnsi="Consolas"/>
                <w:sz w:val="16"/>
              </w:rPr>
              <w:t>winget upgrade</w:t>
            </w:r>
          </w:p>
        </w:tc>
      </w:tr>
    </w:tbl>
    <w:p w14:paraId="5B016D5B" w14:textId="77777777" w:rsidR="00051182" w:rsidRDefault="00051182">
      <w:pPr>
        <w:spacing w:after="20"/>
      </w:pPr>
    </w:p>
    <w:p w14:paraId="60CD191E" w14:textId="77777777" w:rsidR="00051182" w:rsidRDefault="00334933">
      <w:pPr>
        <w:pStyle w:val="berschrift2"/>
      </w:pPr>
      <w:r>
        <w:t>6. DISM &amp; SFC</w:t>
      </w:r>
    </w:p>
    <w:p w14:paraId="374984AB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Komponentenstore prüfen; RestoreHealth nur bei Bedarf. Danach SFC und Komponentenbereinigung.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55ADD1CF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1A7355C3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DISM /Online /Cleanup-Image /CheckHealth</w:t>
            </w:r>
            <w:r>
              <w:br/>
            </w:r>
            <w:r>
              <w:rPr>
                <w:rFonts w:ascii="Consolas" w:hAnsi="Consolas"/>
                <w:sz w:val="16"/>
              </w:rPr>
              <w:t>DISM /Online /Cleanup-Image /ScanHealth</w:t>
            </w:r>
            <w:r>
              <w:br/>
            </w:r>
            <w:r>
              <w:rPr>
                <w:rFonts w:ascii="Consolas" w:hAnsi="Consolas"/>
                <w:sz w:val="16"/>
              </w:rPr>
              <w:t>DISM /Online /Cleanup-Image /RestoreHealth</w:t>
            </w:r>
            <w:r>
              <w:br/>
            </w:r>
            <w:r>
              <w:rPr>
                <w:rFonts w:ascii="Consolas" w:hAnsi="Consolas"/>
                <w:sz w:val="16"/>
              </w:rPr>
              <w:t>sfc /scannow</w:t>
            </w:r>
            <w:r>
              <w:br/>
            </w:r>
            <w:r>
              <w:rPr>
                <w:rFonts w:ascii="Consolas" w:hAnsi="Consolas"/>
                <w:sz w:val="16"/>
              </w:rPr>
              <w:t>DISM /Online /Cleanup-Image /StartComponentCleanup</w:t>
            </w:r>
          </w:p>
        </w:tc>
      </w:tr>
    </w:tbl>
    <w:p w14:paraId="0856E657" w14:textId="77777777" w:rsidR="00051182" w:rsidRDefault="00051182">
      <w:pPr>
        <w:spacing w:after="20"/>
      </w:pPr>
    </w:p>
    <w:p w14:paraId="08CF5FEA" w14:textId="77777777" w:rsidR="00051182" w:rsidRDefault="00334933">
      <w:pPr>
        <w:pStyle w:val="berschrift2"/>
      </w:pPr>
      <w:r>
        <w:t>7. Datenträger &amp; Dateisystem</w:t>
      </w:r>
    </w:p>
    <w:p w14:paraId="169F525A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Storagezustand, freien Speicher und Dateisystem prüfen.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68103361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7926FEF7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Get-PhysicalDisk</w:t>
            </w:r>
            <w:r>
              <w:br/>
            </w:r>
            <w:r>
              <w:rPr>
                <w:rFonts w:ascii="Consolas" w:hAnsi="Consolas"/>
                <w:sz w:val="16"/>
              </w:rPr>
              <w:t>Get-Disk</w:t>
            </w:r>
            <w:r>
              <w:br/>
            </w:r>
            <w:r>
              <w:rPr>
                <w:rFonts w:ascii="Consolas" w:hAnsi="Consolas"/>
                <w:sz w:val="16"/>
              </w:rPr>
              <w:t>Get-Volume</w:t>
            </w:r>
            <w:r>
              <w:br/>
            </w:r>
            <w:r>
              <w:rPr>
                <w:rFonts w:ascii="Consolas" w:hAnsi="Consolas"/>
                <w:sz w:val="16"/>
              </w:rPr>
              <w:lastRenderedPageBreak/>
              <w:t>chkdsk C: /scan</w:t>
            </w:r>
            <w:r>
              <w:br/>
            </w:r>
            <w:r>
              <w:rPr>
                <w:rFonts w:ascii="Consolas" w:hAnsi="Consolas"/>
                <w:sz w:val="16"/>
              </w:rPr>
              <w:t>defrag C: /A /V</w:t>
            </w:r>
          </w:p>
        </w:tc>
      </w:tr>
    </w:tbl>
    <w:p w14:paraId="508FEE93" w14:textId="77777777" w:rsidR="00051182" w:rsidRDefault="00051182">
      <w:pPr>
        <w:spacing w:after="20"/>
      </w:pPr>
    </w:p>
    <w:p w14:paraId="3CC04B2E" w14:textId="77777777" w:rsidR="00051182" w:rsidRDefault="00334933">
      <w:pPr>
        <w:pStyle w:val="berschrift2"/>
      </w:pPr>
      <w:r>
        <w:t>8. Eventlogs &amp; Dienste</w:t>
      </w:r>
    </w:p>
    <w:p w14:paraId="3810EC04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Kritische System-/Application-Ereignisse und automatische gestoppte Dienste prüfen.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0732EF2B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7C3B3A27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Get-Service | Where-Object {$_.StartType -eq 'Automatic' -and $_.Status -ne 'Running'}</w:t>
            </w:r>
            <w:r>
              <w:br/>
            </w:r>
            <w:r>
              <w:rPr>
                <w:rFonts w:ascii="Consolas" w:hAnsi="Consolas"/>
                <w:sz w:val="16"/>
              </w:rPr>
              <w:t>Get-WinEvent -FilterHashtable @{LogName='System';Level=1,2;StartTime=(Get-Date).AddDays(-7)}</w:t>
            </w:r>
            <w:r>
              <w:br/>
            </w:r>
            <w:r>
              <w:rPr>
                <w:rFonts w:ascii="Consolas" w:hAnsi="Consolas"/>
                <w:sz w:val="16"/>
              </w:rPr>
              <w:t>Get-WinEvent -FilterHashtable @{LogName='Application';Level=1,2;StartTime=(Get-Date).AddDays(-7)}</w:t>
            </w:r>
          </w:p>
        </w:tc>
      </w:tr>
    </w:tbl>
    <w:p w14:paraId="480E07FB" w14:textId="77777777" w:rsidR="00051182" w:rsidRDefault="00051182">
      <w:pPr>
        <w:spacing w:after="20"/>
      </w:pPr>
    </w:p>
    <w:p w14:paraId="5D550D56" w14:textId="77777777" w:rsidR="00051182" w:rsidRDefault="00334933">
      <w:pPr>
        <w:pStyle w:val="berschrift2"/>
      </w:pPr>
      <w:r>
        <w:t>9. Security &amp; Netzwerk</w:t>
      </w:r>
    </w:p>
    <w:p w14:paraId="22ED7E53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Defender/Firewall sowie Netzwerkstatus prüfen.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77604455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0C140714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Get-MpComputerStatus</w:t>
            </w:r>
            <w:r>
              <w:br/>
            </w:r>
            <w:r>
              <w:rPr>
                <w:rFonts w:ascii="Consolas" w:hAnsi="Consolas"/>
                <w:sz w:val="16"/>
              </w:rPr>
              <w:t>Update-MpSignature</w:t>
            </w:r>
            <w:r>
              <w:br/>
            </w:r>
            <w:r>
              <w:rPr>
                <w:rFonts w:ascii="Consolas" w:hAnsi="Consolas"/>
                <w:sz w:val="16"/>
              </w:rPr>
              <w:t>Get-MpThreatDetection</w:t>
            </w:r>
            <w:r>
              <w:br/>
            </w:r>
            <w:r>
              <w:rPr>
                <w:rFonts w:ascii="Consolas" w:hAnsi="Consolas"/>
                <w:sz w:val="16"/>
              </w:rPr>
              <w:t>Get-NetFirewallProfile</w:t>
            </w:r>
            <w:r>
              <w:br/>
            </w:r>
            <w:r>
              <w:rPr>
                <w:rFonts w:ascii="Consolas" w:hAnsi="Consolas"/>
                <w:sz w:val="16"/>
              </w:rPr>
              <w:t>Get-NetIPConfiguration</w:t>
            </w:r>
            <w:r>
              <w:br/>
            </w:r>
            <w:r>
              <w:rPr>
                <w:rFonts w:ascii="Consolas" w:hAnsi="Consolas"/>
                <w:sz w:val="16"/>
              </w:rPr>
              <w:t>Get-NetTCPConnection</w:t>
            </w:r>
          </w:p>
        </w:tc>
      </w:tr>
    </w:tbl>
    <w:p w14:paraId="432A6851" w14:textId="77777777" w:rsidR="00051182" w:rsidRDefault="00051182">
      <w:pPr>
        <w:spacing w:after="20"/>
      </w:pPr>
    </w:p>
    <w:p w14:paraId="4CF0B395" w14:textId="77777777" w:rsidR="00051182" w:rsidRDefault="00334933">
      <w:pPr>
        <w:pStyle w:val="berschrift2"/>
      </w:pPr>
      <w:r>
        <w:t>10. Freigaben &amp; Sitzungen</w:t>
      </w:r>
    </w:p>
    <w:p w14:paraId="492631E5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Bei passenden Serverrollen SMB-Freigaben und aktive Sitzungen kontrollieren.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2DB04614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59550511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Get-SmbShare</w:t>
            </w:r>
            <w:r>
              <w:br/>
            </w:r>
            <w:r>
              <w:rPr>
                <w:rFonts w:ascii="Consolas" w:hAnsi="Consolas"/>
                <w:sz w:val="16"/>
              </w:rPr>
              <w:t>Get-SmbSession</w:t>
            </w:r>
          </w:p>
        </w:tc>
      </w:tr>
    </w:tbl>
    <w:p w14:paraId="5E7D2C21" w14:textId="77777777" w:rsidR="00051182" w:rsidRDefault="00051182">
      <w:pPr>
        <w:spacing w:after="20"/>
      </w:pPr>
    </w:p>
    <w:p w14:paraId="0312D70B" w14:textId="77777777" w:rsidR="00051182" w:rsidRDefault="00334933">
      <w:pPr>
        <w:pStyle w:val="berschrift2"/>
      </w:pPr>
      <w:r>
        <w:t>11. HP/Hardware</w:t>
      </w:r>
    </w:p>
    <w:p w14:paraId="04D06770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Bei HP-Servern iLO/SSA/RAID/Firmware prüfen. Firmware nur im Wartungsfenster aktualisieren.</w:t>
      </w:r>
    </w:p>
    <w:p w14:paraId="4A1CEE22" w14:textId="77777777" w:rsidR="00051182" w:rsidRDefault="00051182">
      <w:pPr>
        <w:spacing w:after="20"/>
      </w:pPr>
    </w:p>
    <w:p w14:paraId="52E872E5" w14:textId="77777777" w:rsidR="00051182" w:rsidRDefault="00334933">
      <w:pPr>
        <w:pStyle w:val="berschrift2"/>
      </w:pPr>
      <w:r>
        <w:t>12. Rebootbedarf &amp; Abschluss</w:t>
      </w:r>
    </w:p>
    <w:p w14:paraId="3A8CA2F8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Rebootbedarf feststellen; nur nach Freigabe neu starten. Danach Dienste, Eventlogs und Rollen erneut kontrollieren.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105D67D2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4054CD86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Get-ItemProperty 'HKLM:\SOFTWARE\Microsoft\Windows\CurrentVersion\WindowsUpdate\Auto Update\RebootRequired' -ErrorAction SilentlyContinue</w:t>
            </w:r>
            <w:r>
              <w:br/>
            </w:r>
            <w:r>
              <w:rPr>
                <w:rFonts w:ascii="Consolas" w:hAnsi="Consolas"/>
                <w:sz w:val="16"/>
              </w:rPr>
              <w:t>Get-Service | Where-Object {$_.StartType -eq 'Automatic' -and $_.Status -ne 'Running'}</w:t>
            </w:r>
          </w:p>
        </w:tc>
      </w:tr>
    </w:tbl>
    <w:p w14:paraId="6A64AA78" w14:textId="77777777" w:rsidR="00051182" w:rsidRDefault="00051182">
      <w:pPr>
        <w:spacing w:after="20"/>
      </w:pPr>
    </w:p>
    <w:p w14:paraId="32ECACDD" w14:textId="77777777" w:rsidR="00051182" w:rsidRDefault="00334933">
      <w:r>
        <w:br w:type="page"/>
      </w:r>
    </w:p>
    <w:p w14:paraId="3CB06A02" w14:textId="77777777" w:rsidR="00051182" w:rsidRDefault="00334933">
      <w:pPr>
        <w:pStyle w:val="berschrift1"/>
      </w:pPr>
      <w:r>
        <w:lastRenderedPageBreak/>
        <w:t>Proxmox VE 9.x</w:t>
      </w:r>
    </w:p>
    <w:p w14:paraId="56DFB2C1" w14:textId="77777777" w:rsidR="00051182" w:rsidRDefault="00334933">
      <w:r>
        <w:rPr>
          <w:b/>
        </w:rPr>
        <w:t xml:space="preserve">Arbeitsprinzip: </w:t>
      </w:r>
      <w:r>
        <w:t>Jeden Schritt erst nach erfolgreicher Prüfung abhaken. Auffälligkeiten im IT-Wartungsportal dokumentieren.</w:t>
      </w:r>
    </w:p>
    <w:p w14:paraId="5ED982C2" w14:textId="77777777" w:rsidR="00051182" w:rsidRDefault="00334933">
      <w:pPr>
        <w:pStyle w:val="berschrift2"/>
      </w:pPr>
      <w:r>
        <w:t>1. Vorbereitung</w:t>
      </w:r>
    </w:p>
    <w:p w14:paraId="597A34DA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Per SSH am richtigen Proxmox-Host anmelden. Vor Änderungen laufende VMs/Container und Backupstatus prüfen.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01D1AE44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404A6A02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qm list</w:t>
            </w:r>
            <w:r>
              <w:br/>
            </w:r>
            <w:r>
              <w:rPr>
                <w:rFonts w:ascii="Consolas" w:hAnsi="Consolas"/>
                <w:sz w:val="16"/>
              </w:rPr>
              <w:t>pct list</w:t>
            </w:r>
          </w:p>
        </w:tc>
      </w:tr>
    </w:tbl>
    <w:p w14:paraId="64170A84" w14:textId="77777777" w:rsidR="00051182" w:rsidRDefault="00051182">
      <w:pPr>
        <w:spacing w:after="20"/>
      </w:pPr>
    </w:p>
    <w:p w14:paraId="62FB636A" w14:textId="77777777" w:rsidR="00051182" w:rsidRDefault="00334933">
      <w:pPr>
        <w:pStyle w:val="berschrift2"/>
      </w:pPr>
      <w:r>
        <w:t>2. Version &amp; Grundzustand</w:t>
      </w:r>
    </w:p>
    <w:p w14:paraId="6121B4D8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PVE-Version, Uptime, RAM, Dateisysteme und Blockgeräte erfassen.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249A5891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6523AC6A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pveversion</w:t>
            </w:r>
            <w:r>
              <w:br/>
            </w:r>
            <w:r>
              <w:rPr>
                <w:rFonts w:ascii="Consolas" w:hAnsi="Consolas"/>
                <w:sz w:val="16"/>
              </w:rPr>
              <w:t>pveversion -v</w:t>
            </w:r>
            <w:r>
              <w:br/>
            </w:r>
            <w:r>
              <w:rPr>
                <w:rFonts w:ascii="Consolas" w:hAnsi="Consolas"/>
                <w:sz w:val="16"/>
              </w:rPr>
              <w:t>uptime</w:t>
            </w:r>
            <w:r>
              <w:br/>
            </w:r>
            <w:r>
              <w:rPr>
                <w:rFonts w:ascii="Consolas" w:hAnsi="Consolas"/>
                <w:sz w:val="16"/>
              </w:rPr>
              <w:t>free -h</w:t>
            </w:r>
            <w:r>
              <w:br/>
            </w:r>
            <w:r>
              <w:rPr>
                <w:rFonts w:ascii="Consolas" w:hAnsi="Consolas"/>
                <w:sz w:val="16"/>
              </w:rPr>
              <w:t>df -h</w:t>
            </w:r>
            <w:r>
              <w:br/>
            </w:r>
            <w:r>
              <w:rPr>
                <w:rFonts w:ascii="Consolas" w:hAnsi="Consolas"/>
                <w:sz w:val="16"/>
              </w:rPr>
              <w:t>lsblk</w:t>
            </w:r>
          </w:p>
        </w:tc>
      </w:tr>
    </w:tbl>
    <w:p w14:paraId="50448865" w14:textId="77777777" w:rsidR="00051182" w:rsidRDefault="00051182">
      <w:pPr>
        <w:spacing w:after="20"/>
      </w:pPr>
    </w:p>
    <w:p w14:paraId="70315CBC" w14:textId="77777777" w:rsidR="00051182" w:rsidRDefault="00334933">
      <w:pPr>
        <w:pStyle w:val="berschrift2"/>
      </w:pPr>
      <w:r>
        <w:t>3. System Health</w:t>
      </w:r>
    </w:p>
    <w:p w14:paraId="30BF9487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Fehlgeschlagene systemd-Units sowie kritische Meldungen des aktuellen Boots prüfen.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02CB9CEA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40B1DF2D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systemctl --failed</w:t>
            </w:r>
            <w:r>
              <w:br/>
            </w:r>
            <w:r>
              <w:rPr>
                <w:rFonts w:ascii="Consolas" w:hAnsi="Consolas"/>
                <w:sz w:val="16"/>
              </w:rPr>
              <w:t>journalctl -p 0..3 -b</w:t>
            </w:r>
            <w:r>
              <w:br/>
            </w:r>
            <w:r>
              <w:rPr>
                <w:rFonts w:ascii="Consolas" w:hAnsi="Consolas"/>
                <w:sz w:val="16"/>
              </w:rPr>
              <w:t>dmesg -T | tail -n 100</w:t>
            </w:r>
          </w:p>
        </w:tc>
      </w:tr>
    </w:tbl>
    <w:p w14:paraId="584F6F22" w14:textId="77777777" w:rsidR="00051182" w:rsidRDefault="00051182">
      <w:pPr>
        <w:spacing w:after="20"/>
      </w:pPr>
    </w:p>
    <w:p w14:paraId="7A67590C" w14:textId="77777777" w:rsidR="00051182" w:rsidRDefault="00334933">
      <w:pPr>
        <w:pStyle w:val="berschrift2"/>
      </w:pPr>
      <w:r>
        <w:t>4. Storage &amp; ZFS</w:t>
      </w:r>
    </w:p>
    <w:p w14:paraId="69D00F34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Proxmox-Storage prüfen; bei ZFS Poolzustand, Kapazität und Datasets kontrollieren.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64189F77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6DE422D1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pvesm status</w:t>
            </w:r>
            <w:r>
              <w:br/>
            </w:r>
            <w:r>
              <w:rPr>
                <w:rFonts w:ascii="Consolas" w:hAnsi="Consolas"/>
                <w:sz w:val="16"/>
              </w:rPr>
              <w:t>lsblk -o NAME,SIZE,TYPE,FSTYPE,MOUNTPOINTS,MODEL,SERIAL</w:t>
            </w:r>
            <w:r>
              <w:br/>
            </w:r>
            <w:r>
              <w:rPr>
                <w:rFonts w:ascii="Consolas" w:hAnsi="Consolas"/>
                <w:sz w:val="16"/>
              </w:rPr>
              <w:t>zpool status</w:t>
            </w:r>
            <w:r>
              <w:br/>
            </w:r>
            <w:r>
              <w:rPr>
                <w:rFonts w:ascii="Consolas" w:hAnsi="Consolas"/>
                <w:sz w:val="16"/>
              </w:rPr>
              <w:t>zpool list</w:t>
            </w:r>
            <w:r>
              <w:br/>
            </w:r>
            <w:r>
              <w:rPr>
                <w:rFonts w:ascii="Consolas" w:hAnsi="Consolas"/>
                <w:sz w:val="16"/>
              </w:rPr>
              <w:t>zfs list</w:t>
            </w:r>
          </w:p>
        </w:tc>
      </w:tr>
    </w:tbl>
    <w:p w14:paraId="1FAA75AB" w14:textId="77777777" w:rsidR="00051182" w:rsidRDefault="00051182">
      <w:pPr>
        <w:spacing w:after="20"/>
      </w:pPr>
    </w:p>
    <w:p w14:paraId="6970E800" w14:textId="77777777" w:rsidR="00051182" w:rsidRDefault="00334933">
      <w:pPr>
        <w:pStyle w:val="berschrift2"/>
      </w:pPr>
      <w:r>
        <w:t>5. VMs, Container &amp; Cluster</w:t>
      </w:r>
    </w:p>
    <w:p w14:paraId="2B8141C3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Status der Gäste dokumentieren; Clusterbefehle nur bei Clusterbetrieb.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47C90F1B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18C48FB0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qm list</w:t>
            </w:r>
            <w:r>
              <w:br/>
            </w:r>
            <w:r>
              <w:rPr>
                <w:rFonts w:ascii="Consolas" w:hAnsi="Consolas"/>
                <w:sz w:val="16"/>
              </w:rPr>
              <w:t>pct list</w:t>
            </w:r>
            <w:r>
              <w:br/>
            </w:r>
            <w:r>
              <w:rPr>
                <w:rFonts w:ascii="Consolas" w:hAnsi="Consolas"/>
                <w:sz w:val="16"/>
              </w:rPr>
              <w:t>pvecm status</w:t>
            </w:r>
            <w:r>
              <w:br/>
            </w:r>
            <w:r>
              <w:rPr>
                <w:rFonts w:ascii="Consolas" w:hAnsi="Consolas"/>
                <w:sz w:val="16"/>
              </w:rPr>
              <w:t>pvecm nodes</w:t>
            </w:r>
          </w:p>
        </w:tc>
      </w:tr>
    </w:tbl>
    <w:p w14:paraId="0755532E" w14:textId="77777777" w:rsidR="00051182" w:rsidRDefault="00051182">
      <w:pPr>
        <w:spacing w:after="20"/>
      </w:pPr>
    </w:p>
    <w:p w14:paraId="6F64D36A" w14:textId="77777777" w:rsidR="00051182" w:rsidRDefault="00334933">
      <w:pPr>
        <w:pStyle w:val="berschrift2"/>
      </w:pPr>
      <w:r>
        <w:t>6. Backupprüfung</w:t>
      </w:r>
    </w:p>
    <w:p w14:paraId="0A0F8332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Letzte Backupjobs/Logs prüfen; zusätzlich GUI Datacenter &gt; Backup kontrollieren.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078F0E4A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1028C80B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grep -R "vzdump" /var/log/pve/tasks/ 2&gt;/dev/null | tail -n 20</w:t>
            </w:r>
          </w:p>
        </w:tc>
      </w:tr>
    </w:tbl>
    <w:p w14:paraId="1623DA84" w14:textId="77777777" w:rsidR="00051182" w:rsidRDefault="00051182">
      <w:pPr>
        <w:spacing w:after="20"/>
      </w:pPr>
    </w:p>
    <w:p w14:paraId="7882C52E" w14:textId="77777777" w:rsidR="00051182" w:rsidRDefault="00334933">
      <w:pPr>
        <w:pStyle w:val="berschrift2"/>
      </w:pPr>
      <w:r>
        <w:t>7. Paketlisten aktualisieren</w:t>
      </w:r>
    </w:p>
    <w:p w14:paraId="4BD35DA3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Nur Paketlisten aktualisieren – installiert noch nichts.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7764BEE5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06BC0DA9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apt-get update</w:t>
            </w:r>
          </w:p>
        </w:tc>
      </w:tr>
    </w:tbl>
    <w:p w14:paraId="6EFC415D" w14:textId="77777777" w:rsidR="00051182" w:rsidRDefault="00051182">
      <w:pPr>
        <w:spacing w:after="20"/>
      </w:pPr>
    </w:p>
    <w:p w14:paraId="5E647575" w14:textId="77777777" w:rsidR="00051182" w:rsidRDefault="00334933">
      <w:pPr>
        <w:pStyle w:val="berschrift2"/>
      </w:pPr>
      <w:r>
        <w:t>8. Verfügbare Updates prüfen</w:t>
      </w:r>
    </w:p>
    <w:p w14:paraId="4EFB0044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Upgrades anzeigen bzw. simulieren und Ergebnis bewerten.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2F7CAEC4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0E4606B9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lastRenderedPageBreak/>
              <w:t>apt list --upgradable</w:t>
            </w:r>
            <w:r>
              <w:br/>
            </w:r>
            <w:r>
              <w:rPr>
                <w:rFonts w:ascii="Consolas" w:hAnsi="Consolas"/>
                <w:sz w:val="16"/>
              </w:rPr>
              <w:t>apt-get --just-print dist-upgrade</w:t>
            </w:r>
          </w:p>
        </w:tc>
      </w:tr>
    </w:tbl>
    <w:p w14:paraId="5D495A96" w14:textId="77777777" w:rsidR="00051182" w:rsidRDefault="00051182">
      <w:pPr>
        <w:spacing w:after="20"/>
      </w:pPr>
    </w:p>
    <w:p w14:paraId="62250DF9" w14:textId="77777777" w:rsidR="00051182" w:rsidRDefault="00334933">
      <w:pPr>
        <w:pStyle w:val="berschrift2"/>
      </w:pPr>
      <w:r>
        <w:t>9. Updates installieren</w:t>
      </w:r>
    </w:p>
    <w:p w14:paraId="4295EF5C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Nach Prüfung/Freigabe vollständiges Proxmox/Debian-Upgrade durchführen.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324FB7F2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0D0C7777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apt-get dist-upgrade</w:t>
            </w:r>
          </w:p>
        </w:tc>
      </w:tr>
    </w:tbl>
    <w:p w14:paraId="37507CBB" w14:textId="77777777" w:rsidR="00051182" w:rsidRDefault="00051182">
      <w:pPr>
        <w:spacing w:after="20"/>
      </w:pPr>
    </w:p>
    <w:p w14:paraId="25CDE628" w14:textId="77777777" w:rsidR="00051182" w:rsidRDefault="00334933">
      <w:pPr>
        <w:pStyle w:val="berschrift2"/>
      </w:pPr>
      <w:r>
        <w:t>10. Bereinigung</w:t>
      </w:r>
    </w:p>
    <w:p w14:paraId="6703464D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APT-Cache bereinigen; Autoremove zunächst nur simulieren.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183C0743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03ACD38A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apt-get clean</w:t>
            </w:r>
            <w:r>
              <w:br/>
            </w:r>
            <w:r>
              <w:rPr>
                <w:rFonts w:ascii="Consolas" w:hAnsi="Consolas"/>
                <w:sz w:val="16"/>
              </w:rPr>
              <w:t>apt-get -s autoremove</w:t>
            </w:r>
          </w:p>
        </w:tc>
      </w:tr>
    </w:tbl>
    <w:p w14:paraId="51EF5CAC" w14:textId="77777777" w:rsidR="00051182" w:rsidRDefault="00051182">
      <w:pPr>
        <w:spacing w:after="20"/>
      </w:pPr>
    </w:p>
    <w:p w14:paraId="66C30953" w14:textId="77777777" w:rsidR="00051182" w:rsidRDefault="00334933">
      <w:pPr>
        <w:pStyle w:val="berschrift2"/>
      </w:pPr>
      <w:r>
        <w:t>11. Nachkontrolle</w:t>
      </w:r>
    </w:p>
    <w:p w14:paraId="6349A2FF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Version, Restupdates, failed units und Storage erneut prüfen.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4219C91C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1AFEF56B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pveversion -v</w:t>
            </w:r>
            <w:r>
              <w:br/>
            </w:r>
            <w:r>
              <w:rPr>
                <w:rFonts w:ascii="Consolas" w:hAnsi="Consolas"/>
                <w:sz w:val="16"/>
              </w:rPr>
              <w:t>apt list --upgradable</w:t>
            </w:r>
            <w:r>
              <w:br/>
            </w:r>
            <w:r>
              <w:rPr>
                <w:rFonts w:ascii="Consolas" w:hAnsi="Consolas"/>
                <w:sz w:val="16"/>
              </w:rPr>
              <w:t>systemctl --failed</w:t>
            </w:r>
            <w:r>
              <w:br/>
            </w:r>
            <w:r>
              <w:rPr>
                <w:rFonts w:ascii="Consolas" w:hAnsi="Consolas"/>
                <w:sz w:val="16"/>
              </w:rPr>
              <w:t>pvesm status</w:t>
            </w:r>
          </w:p>
        </w:tc>
      </w:tr>
    </w:tbl>
    <w:p w14:paraId="72451CB2" w14:textId="77777777" w:rsidR="00051182" w:rsidRDefault="00051182">
      <w:pPr>
        <w:spacing w:after="20"/>
      </w:pPr>
    </w:p>
    <w:p w14:paraId="606ADD96" w14:textId="77777777" w:rsidR="00051182" w:rsidRDefault="00334933">
      <w:pPr>
        <w:pStyle w:val="berschrift2"/>
      </w:pPr>
      <w:r>
        <w:t>12. Rebootbedarf</w:t>
      </w:r>
    </w:p>
    <w:p w14:paraId="7EC3A652" w14:textId="77777777" w:rsidR="00051182" w:rsidRDefault="00334933">
      <w:pPr>
        <w:spacing w:after="40"/>
        <w:ind w:left="113"/>
      </w:pPr>
      <w:r>
        <w:rPr>
          <w:b/>
        </w:rPr>
        <w:t>☐</w:t>
      </w:r>
      <w:r>
        <w:rPr>
          <w:b/>
        </w:rPr>
        <w:t xml:space="preserve">  </w:t>
      </w:r>
      <w:r>
        <w:t>Prüfen, ob ein Neustart angefordert wird. Vor Reboot laufende VMs/Container erneut kontrollieren.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051182" w14:paraId="04FF78A5" w14:textId="77777777">
        <w:trPr>
          <w:jc w:val="center"/>
        </w:trPr>
        <w:tc>
          <w:tcPr>
            <w:tcW w:w="10426" w:type="dxa"/>
            <w:shd w:val="clear" w:color="auto" w:fill="F2F3F5"/>
          </w:tcPr>
          <w:p w14:paraId="32D08808" w14:textId="77777777" w:rsidR="00051182" w:rsidRDefault="00334933">
            <w:pPr>
              <w:spacing w:after="0"/>
            </w:pPr>
            <w:r>
              <w:rPr>
                <w:rFonts w:ascii="Consolas" w:hAnsi="Consolas"/>
                <w:sz w:val="16"/>
              </w:rPr>
              <w:t>test -f /var/run/reboot-required &amp;&amp; cat /var/run/reboot-required</w:t>
            </w:r>
            <w:r>
              <w:br/>
            </w:r>
            <w:r>
              <w:rPr>
                <w:rFonts w:ascii="Consolas" w:hAnsi="Consolas"/>
                <w:sz w:val="16"/>
              </w:rPr>
              <w:t>qm list</w:t>
            </w:r>
            <w:r>
              <w:br/>
            </w:r>
            <w:r>
              <w:rPr>
                <w:rFonts w:ascii="Consolas" w:hAnsi="Consolas"/>
                <w:sz w:val="16"/>
              </w:rPr>
              <w:t>pct list</w:t>
            </w:r>
          </w:p>
        </w:tc>
      </w:tr>
    </w:tbl>
    <w:p w14:paraId="57C40E55" w14:textId="77777777" w:rsidR="00051182" w:rsidRDefault="00051182">
      <w:pPr>
        <w:spacing w:after="20"/>
      </w:pPr>
    </w:p>
    <w:p w14:paraId="1766BC28" w14:textId="77777777" w:rsidR="00051182" w:rsidRDefault="00334933">
      <w:r>
        <w:br w:type="page"/>
      </w:r>
    </w:p>
    <w:p w14:paraId="5B4D05E0" w14:textId="77777777" w:rsidR="00051182" w:rsidRDefault="00334933">
      <w:pPr>
        <w:pStyle w:val="berschrift1"/>
      </w:pPr>
      <w:r>
        <w:lastRenderedPageBreak/>
        <w:t>Abschlussprotokoll</w:t>
      </w:r>
    </w:p>
    <w:p w14:paraId="34E736D2" w14:textId="77777777" w:rsidR="00051182" w:rsidRDefault="00334933">
      <w:r>
        <w:rPr>
          <w:b/>
        </w:rPr>
        <w:t>☐</w:t>
      </w:r>
      <w:r>
        <w:rPr>
          <w:b/>
        </w:rPr>
        <w:t xml:space="preserve">  </w:t>
      </w:r>
      <w:r>
        <w:t>System vollständig geprüft</w:t>
      </w:r>
    </w:p>
    <w:p w14:paraId="252EE4F7" w14:textId="77777777" w:rsidR="00051182" w:rsidRDefault="00334933">
      <w:r>
        <w:rPr>
          <w:b/>
        </w:rPr>
        <w:t>☐</w:t>
      </w:r>
      <w:r>
        <w:rPr>
          <w:b/>
        </w:rPr>
        <w:t xml:space="preserve">  </w:t>
      </w:r>
      <w:r>
        <w:t>Updates installiert / Restupdates dokumentiert</w:t>
      </w:r>
    </w:p>
    <w:p w14:paraId="1312A6EF" w14:textId="77777777" w:rsidR="00051182" w:rsidRDefault="00334933">
      <w:r>
        <w:rPr>
          <w:b/>
        </w:rPr>
        <w:t>☐</w:t>
      </w:r>
      <w:r>
        <w:rPr>
          <w:b/>
        </w:rPr>
        <w:t xml:space="preserve">  </w:t>
      </w:r>
      <w:r>
        <w:t>Neustartbedarf geklärt</w:t>
      </w:r>
    </w:p>
    <w:p w14:paraId="4D9AD213" w14:textId="77777777" w:rsidR="00051182" w:rsidRDefault="00334933">
      <w:r>
        <w:rPr>
          <w:b/>
        </w:rPr>
        <w:t>☐</w:t>
      </w:r>
      <w:r>
        <w:rPr>
          <w:b/>
        </w:rPr>
        <w:t xml:space="preserve">  </w:t>
      </w:r>
      <w:r>
        <w:t>Auffälligkeiten im Portal eingetragen</w:t>
      </w:r>
    </w:p>
    <w:p w14:paraId="477A0608" w14:textId="77777777" w:rsidR="00051182" w:rsidRDefault="00334933">
      <w:r>
        <w:rPr>
          <w:b/>
        </w:rPr>
        <w:t>☐</w:t>
      </w:r>
      <w:r>
        <w:rPr>
          <w:b/>
        </w:rPr>
        <w:t xml:space="preserve">  </w:t>
      </w:r>
      <w:r>
        <w:t>Wartung im Portal auf „Fertig“ gesetzt</w:t>
      </w:r>
    </w:p>
    <w:p w14:paraId="2F4646A9" w14:textId="77777777" w:rsidR="00051182" w:rsidRDefault="00051182"/>
    <w:p w14:paraId="36118E7F" w14:textId="77777777" w:rsidR="00051182" w:rsidRDefault="00334933">
      <w:r>
        <w:t>Auffälligkeiten / Maßnahmen:</w:t>
      </w:r>
    </w:p>
    <w:p w14:paraId="5A947474" w14:textId="77777777" w:rsidR="00051182" w:rsidRDefault="00334933">
      <w:r>
        <w:t>________________________________________________________________________________</w:t>
      </w:r>
    </w:p>
    <w:p w14:paraId="0C446993" w14:textId="77777777" w:rsidR="00051182" w:rsidRDefault="00334933">
      <w:r>
        <w:t>________________________________________________________________________________</w:t>
      </w:r>
    </w:p>
    <w:p w14:paraId="3792E14D" w14:textId="77777777" w:rsidR="00051182" w:rsidRDefault="00334933">
      <w:r>
        <w:t>________________________________________________________________________________</w:t>
      </w:r>
    </w:p>
    <w:p w14:paraId="18DA29F5" w14:textId="77777777" w:rsidR="00051182" w:rsidRDefault="00334933">
      <w:r>
        <w:t>________________________________________________________________________________</w:t>
      </w:r>
    </w:p>
    <w:p w14:paraId="04884D76" w14:textId="77777777" w:rsidR="00051182" w:rsidRDefault="00334933">
      <w:r>
        <w:t>________________________________________________________________________________</w:t>
      </w:r>
    </w:p>
    <w:p w14:paraId="7C1056D8" w14:textId="77777777" w:rsidR="00051182" w:rsidRDefault="00051182"/>
    <w:p w14:paraId="19E09867" w14:textId="77777777" w:rsidR="00051182" w:rsidRDefault="00334933">
      <w:r>
        <w:t>Unterschrift Azubi: ______________________________    Ausbilder: ______________________________</w:t>
      </w:r>
    </w:p>
    <w:sectPr w:rsidR="00051182" w:rsidSect="00034616">
      <w:headerReference w:type="default" r:id="rId8"/>
      <w:footerReference w:type="default" r:id="rId9"/>
      <w:pgSz w:w="12240" w:h="15840"/>
      <w:pgMar w:top="850" w:right="907" w:bottom="79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2043D" w14:textId="77777777" w:rsidR="00334933" w:rsidRDefault="00334933">
      <w:pPr>
        <w:spacing w:after="0" w:line="240" w:lineRule="auto"/>
      </w:pPr>
      <w:r>
        <w:separator/>
      </w:r>
    </w:p>
  </w:endnote>
  <w:endnote w:type="continuationSeparator" w:id="0">
    <w:p w14:paraId="77CDAF9A" w14:textId="77777777" w:rsidR="00334933" w:rsidRDefault="00334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68C42" w14:textId="77777777" w:rsidR="00051182" w:rsidRDefault="00334933">
    <w:pPr>
      <w:pStyle w:val="Fuzeile"/>
      <w:jc w:val="center"/>
    </w:pPr>
    <w:proofErr w:type="spellStart"/>
    <w:r>
      <w:rPr>
        <w:color w:val="646464"/>
        <w:sz w:val="15"/>
      </w:rPr>
      <w:t>TerraSolution</w:t>
    </w:r>
    <w:proofErr w:type="spellEnd"/>
    <w:r>
      <w:rPr>
        <w:color w:val="646464"/>
        <w:sz w:val="15"/>
      </w:rPr>
      <w:t xml:space="preserve"> · IT-</w:t>
    </w:r>
    <w:proofErr w:type="spellStart"/>
    <w:r>
      <w:rPr>
        <w:color w:val="646464"/>
        <w:sz w:val="15"/>
      </w:rPr>
      <w:t>Wartungsroutine</w:t>
    </w:r>
    <w:proofErr w:type="spellEnd"/>
    <w:r>
      <w:rPr>
        <w:color w:val="646464"/>
        <w:sz w:val="15"/>
      </w:rPr>
      <w:t xml:space="preserve"> für </w:t>
    </w:r>
    <w:proofErr w:type="spellStart"/>
    <w:r>
      <w:rPr>
        <w:color w:val="646464"/>
        <w:sz w:val="15"/>
      </w:rPr>
      <w:t>Ausbildung</w:t>
    </w:r>
    <w:proofErr w:type="spellEnd"/>
    <w:r>
      <w:rPr>
        <w:color w:val="646464"/>
        <w:sz w:val="15"/>
      </w:rPr>
      <w:t xml:space="preserve"> · Stand 24.08.2026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7C88D" w14:textId="77777777" w:rsidR="00334933" w:rsidRDefault="00334933">
      <w:pPr>
        <w:spacing w:after="0" w:line="240" w:lineRule="auto"/>
      </w:pPr>
      <w:r>
        <w:separator/>
      </w:r>
    </w:p>
  </w:footnote>
  <w:footnote w:type="continuationSeparator" w:id="0">
    <w:p w14:paraId="76843BDC" w14:textId="77777777" w:rsidR="00334933" w:rsidRDefault="00334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398FC" w14:textId="77777777" w:rsidR="00051182" w:rsidRDefault="00334933">
    <w:pPr>
      <w:pStyle w:val="Kopfzeile"/>
      <w:jc w:val="right"/>
    </w:pPr>
    <w:r>
      <w:rPr>
        <w:b/>
        <w:sz w:val="20"/>
      </w:rPr>
      <w:t>TERRA</w:t>
    </w:r>
    <w:r>
      <w:rPr>
        <w:b/>
        <w:color w:val="CC0000"/>
        <w:sz w:val="20"/>
      </w:rPr>
      <w:t>SOLUTION</w:t>
    </w:r>
    <w:r>
      <w:rPr>
        <w:sz w:val="16"/>
      </w:rPr>
      <w:t xml:space="preserve">   |   IT-</w:t>
    </w:r>
    <w:proofErr w:type="spellStart"/>
    <w:r>
      <w:rPr>
        <w:sz w:val="16"/>
      </w:rPr>
      <w:t>Wartungsplan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5529483">
    <w:abstractNumId w:val="8"/>
  </w:num>
  <w:num w:numId="2" w16cid:durableId="348026229">
    <w:abstractNumId w:val="6"/>
  </w:num>
  <w:num w:numId="3" w16cid:durableId="521674323">
    <w:abstractNumId w:val="5"/>
  </w:num>
  <w:num w:numId="4" w16cid:durableId="2072071651">
    <w:abstractNumId w:val="4"/>
  </w:num>
  <w:num w:numId="5" w16cid:durableId="1787654281">
    <w:abstractNumId w:val="7"/>
  </w:num>
  <w:num w:numId="6" w16cid:durableId="1614366087">
    <w:abstractNumId w:val="3"/>
  </w:num>
  <w:num w:numId="7" w16cid:durableId="1625231030">
    <w:abstractNumId w:val="2"/>
  </w:num>
  <w:num w:numId="8" w16cid:durableId="433550229">
    <w:abstractNumId w:val="1"/>
  </w:num>
  <w:num w:numId="9" w16cid:durableId="1822623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1182"/>
    <w:rsid w:val="0006063C"/>
    <w:rsid w:val="0015074B"/>
    <w:rsid w:val="0029639D"/>
    <w:rsid w:val="00326F90"/>
    <w:rsid w:val="00334933"/>
    <w:rsid w:val="00AA1D8D"/>
    <w:rsid w:val="00B47730"/>
    <w:rsid w:val="00CB0664"/>
    <w:rsid w:val="00CE6713"/>
    <w:rsid w:val="00E077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7FE1CA"/>
  <w14:defaultImageDpi w14:val="300"/>
  <w15:docId w15:val="{F78AA72B-8328-4307-8072-8EA531BD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5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1885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Steven Springer</cp:lastModifiedBy>
  <cp:revision>2</cp:revision>
  <dcterms:created xsi:type="dcterms:W3CDTF">2013-12-23T23:15:00Z</dcterms:created>
  <dcterms:modified xsi:type="dcterms:W3CDTF">2026-08-23T09:23:00Z</dcterms:modified>
  <cp:category/>
</cp:coreProperties>
</file>